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CBA954" w14:textId="77777777" w:rsidR="00B9728A" w:rsidRPr="00E571F3" w:rsidRDefault="00B9728A" w:rsidP="00B9728A">
      <w:pPr>
        <w:jc w:val="center"/>
        <w:rPr>
          <w:rFonts w:asciiTheme="minorHAnsi" w:hAnsiTheme="minorHAnsi"/>
          <w:b/>
          <w:sz w:val="22"/>
          <w:szCs w:val="28"/>
        </w:rPr>
      </w:pPr>
      <w:r w:rsidRPr="00E571F3">
        <w:rPr>
          <w:rFonts w:asciiTheme="minorHAnsi" w:hAnsiTheme="minorHAnsi"/>
          <w:b/>
          <w:sz w:val="22"/>
          <w:szCs w:val="28"/>
        </w:rPr>
        <w:t>James Madison University</w:t>
      </w:r>
      <w:r w:rsidRPr="00E571F3">
        <w:rPr>
          <w:rFonts w:asciiTheme="minorHAnsi" w:hAnsiTheme="minorHAnsi"/>
          <w:b/>
          <w:sz w:val="22"/>
          <w:szCs w:val="28"/>
        </w:rPr>
        <w:br/>
        <w:t xml:space="preserve">SF-424A Budget Justification </w:t>
      </w:r>
    </w:p>
    <w:p w14:paraId="4A2BD0A2" w14:textId="77777777" w:rsidR="00AC7EFD" w:rsidRPr="00E571F3" w:rsidRDefault="00B9728A" w:rsidP="00B9728A">
      <w:pPr>
        <w:rPr>
          <w:rFonts w:asciiTheme="minorHAnsi" w:hAnsiTheme="minorHAnsi"/>
          <w:b/>
          <w:sz w:val="22"/>
        </w:rPr>
      </w:pPr>
      <w:r w:rsidRPr="00E571F3">
        <w:rPr>
          <w:rFonts w:asciiTheme="minorHAnsi" w:hAnsiTheme="minorHAnsi"/>
          <w:b/>
          <w:sz w:val="22"/>
        </w:rPr>
        <w:t xml:space="preserve">Personnel – </w:t>
      </w:r>
      <w:r w:rsidRPr="00E571F3">
        <w:rPr>
          <w:rFonts w:asciiTheme="minorHAnsi" w:hAnsiTheme="minorHAnsi"/>
          <w:bCs/>
          <w:sz w:val="22"/>
        </w:rPr>
        <w:t>Personnel budgetary changes from Y1 – Y5 represent a required 3% annual salary increase.</w:t>
      </w:r>
    </w:p>
    <w:p w14:paraId="0DEFBDE2" w14:textId="77777777" w:rsidR="004B674A" w:rsidRPr="004B674A" w:rsidRDefault="004B674A" w:rsidP="004B674A">
      <w:pPr>
        <w:pStyle w:val="ListParagraph"/>
        <w:numPr>
          <w:ilvl w:val="0"/>
          <w:numId w:val="10"/>
        </w:numPr>
        <w:rPr>
          <w:rFonts w:asciiTheme="minorHAnsi" w:hAnsiTheme="minorHAnsi"/>
          <w:sz w:val="22"/>
        </w:rPr>
      </w:pPr>
      <w:r w:rsidRPr="00E571F3">
        <w:rPr>
          <w:rFonts w:asciiTheme="minorHAnsi" w:hAnsiTheme="minorHAnsi"/>
          <w:b/>
          <w:bCs/>
          <w:sz w:val="22"/>
        </w:rPr>
        <w:t>Principal Investigator (PI)</w:t>
      </w:r>
      <w:r>
        <w:br/>
      </w:r>
      <w:r w:rsidRPr="00E571F3">
        <w:rPr>
          <w:rFonts w:asciiTheme="minorHAnsi" w:hAnsiTheme="minorHAnsi"/>
          <w:sz w:val="22"/>
        </w:rPr>
        <w:t>The Principal Investigator will provide overall leadership and oversight for the project. The PI will supervise all project personnel, ensure programmatic and technical integrity, and oversee management of the project budget. Responsibilities will include directing technical assistance and training activities, monitoring project progress and performance, serving as chair of the advisory committee, guiding curriculum development, and disseminating project findings through presentations and publications at professional conferences.</w:t>
      </w:r>
    </w:p>
    <w:p w14:paraId="41543136" w14:textId="77777777" w:rsidR="004B674A" w:rsidRPr="004B674A" w:rsidRDefault="004B674A" w:rsidP="004B674A">
      <w:pPr>
        <w:pStyle w:val="ListParagraph"/>
        <w:numPr>
          <w:ilvl w:val="0"/>
          <w:numId w:val="10"/>
        </w:numPr>
        <w:rPr>
          <w:rFonts w:asciiTheme="minorHAnsi" w:hAnsiTheme="minorHAnsi"/>
          <w:sz w:val="22"/>
        </w:rPr>
      </w:pPr>
      <w:r w:rsidRPr="00E571F3">
        <w:rPr>
          <w:rFonts w:asciiTheme="minorHAnsi" w:hAnsiTheme="minorHAnsi"/>
          <w:b/>
          <w:bCs/>
          <w:sz w:val="22"/>
        </w:rPr>
        <w:t>Co-Principal Investigator (Co-PI)</w:t>
      </w:r>
      <w:r w:rsidRPr="00E571F3">
        <w:rPr>
          <w:rFonts w:asciiTheme="minorHAnsi" w:hAnsiTheme="minorHAnsi"/>
          <w:sz w:val="22"/>
        </w:rPr>
        <w:br/>
        <w:t>The Co-Principal Investigator will support overall project implementation and collaborate closely with the PI to ensure successful completion of project objectives. The Co-PI will assist with project management, contribute subject matter expertise, support training and technical assistance activities, participate in project evaluation efforts, and assist with dissemination of findings and best practices.</w:t>
      </w:r>
    </w:p>
    <w:p w14:paraId="55F0C19A" w14:textId="77777777" w:rsidR="004B674A" w:rsidRPr="004B674A" w:rsidRDefault="004B674A" w:rsidP="004B674A">
      <w:pPr>
        <w:pStyle w:val="ListParagraph"/>
        <w:numPr>
          <w:ilvl w:val="0"/>
          <w:numId w:val="10"/>
        </w:numPr>
        <w:rPr>
          <w:rFonts w:asciiTheme="minorHAnsi" w:hAnsiTheme="minorHAnsi"/>
          <w:sz w:val="22"/>
        </w:rPr>
      </w:pPr>
      <w:r w:rsidRPr="00E571F3">
        <w:rPr>
          <w:rFonts w:asciiTheme="minorHAnsi" w:hAnsiTheme="minorHAnsi"/>
          <w:b/>
          <w:bCs/>
          <w:sz w:val="22"/>
        </w:rPr>
        <w:t>Additional Project Personnel</w:t>
      </w:r>
      <w:r w:rsidRPr="00E571F3">
        <w:rPr>
          <w:rFonts w:asciiTheme="minorHAnsi" w:hAnsiTheme="minorHAnsi"/>
          <w:sz w:val="22"/>
        </w:rPr>
        <w:br/>
        <w:t>Additional project personnel will carry out responsibilities necessary to achieve project objectives. Duties may include coordinating project activities, collecting and analyzing data, developing project materials, supporting participant engagement, maintaining project records, and assisting with reporting and dissemination activities.</w:t>
      </w:r>
    </w:p>
    <w:tbl>
      <w:tblPr>
        <w:tblStyle w:val="TableGrid"/>
        <w:tblW w:w="14400" w:type="dxa"/>
        <w:jc w:val="center"/>
        <w:tblLayout w:type="fixed"/>
        <w:tblLook w:val="04A0" w:firstRow="1" w:lastRow="0" w:firstColumn="1" w:lastColumn="0" w:noHBand="0" w:noVBand="1"/>
      </w:tblPr>
      <w:tblGrid>
        <w:gridCol w:w="1944"/>
        <w:gridCol w:w="2016"/>
        <w:gridCol w:w="1296"/>
        <w:gridCol w:w="1440"/>
        <w:gridCol w:w="1224"/>
        <w:gridCol w:w="1224"/>
        <w:gridCol w:w="1224"/>
        <w:gridCol w:w="1224"/>
        <w:gridCol w:w="1224"/>
        <w:gridCol w:w="1584"/>
      </w:tblGrid>
      <w:tr w:rsidR="00AC7EFD" w14:paraId="737EDA58" w14:textId="77777777" w:rsidTr="00B9728A">
        <w:trPr>
          <w:cantSplit/>
          <w:jc w:val="center"/>
        </w:trPr>
        <w:tc>
          <w:tcPr>
            <w:tcW w:w="1944" w:type="dxa"/>
            <w:shd w:val="clear" w:color="auto" w:fill="D9D9D9" w:themeFill="background1" w:themeFillShade="D9"/>
            <w:tcMar>
              <w:top w:w="35" w:type="dxa"/>
              <w:left w:w="35" w:type="dxa"/>
              <w:bottom w:w="35" w:type="dxa"/>
              <w:right w:w="35" w:type="dxa"/>
            </w:tcMar>
            <w:vAlign w:val="center"/>
          </w:tcPr>
          <w:p w14:paraId="10401ABF" w14:textId="77777777" w:rsidR="00AC7EFD" w:rsidRPr="00B9728A" w:rsidRDefault="00000D7B" w:rsidP="00B9728A">
            <w:pPr>
              <w:rPr>
                <w:rFonts w:asciiTheme="minorHAnsi" w:hAnsiTheme="minorHAnsi"/>
                <w:b/>
                <w:bCs/>
                <w:sz w:val="22"/>
              </w:rPr>
            </w:pPr>
            <w:r w:rsidRPr="00B9728A">
              <w:rPr>
                <w:rFonts w:asciiTheme="minorHAnsi" w:hAnsiTheme="minorHAnsi"/>
                <w:b/>
                <w:bCs/>
                <w:sz w:val="22"/>
              </w:rPr>
              <w:t>Budget Line Item</w:t>
            </w:r>
          </w:p>
        </w:tc>
        <w:tc>
          <w:tcPr>
            <w:tcW w:w="2016" w:type="dxa"/>
            <w:shd w:val="clear" w:color="auto" w:fill="D9D9D9" w:themeFill="background1" w:themeFillShade="D9"/>
            <w:tcMar>
              <w:top w:w="35" w:type="dxa"/>
              <w:left w:w="35" w:type="dxa"/>
              <w:bottom w:w="35" w:type="dxa"/>
              <w:right w:w="35" w:type="dxa"/>
            </w:tcMar>
            <w:vAlign w:val="center"/>
          </w:tcPr>
          <w:p w14:paraId="064ED726" w14:textId="77777777" w:rsidR="00AC7EFD" w:rsidRPr="00B9728A" w:rsidRDefault="00000D7B" w:rsidP="00B9728A">
            <w:pPr>
              <w:rPr>
                <w:rFonts w:asciiTheme="minorHAnsi" w:hAnsiTheme="minorHAnsi"/>
                <w:b/>
                <w:bCs/>
                <w:sz w:val="22"/>
              </w:rPr>
            </w:pPr>
            <w:r w:rsidRPr="00B9728A">
              <w:rPr>
                <w:rFonts w:asciiTheme="minorHAnsi" w:hAnsiTheme="minorHAnsi"/>
                <w:b/>
                <w:bCs/>
                <w:sz w:val="22"/>
              </w:rPr>
              <w:t>Position Title</w:t>
            </w:r>
          </w:p>
        </w:tc>
        <w:tc>
          <w:tcPr>
            <w:tcW w:w="1296" w:type="dxa"/>
            <w:shd w:val="clear" w:color="auto" w:fill="D9D9D9" w:themeFill="background1" w:themeFillShade="D9"/>
            <w:tcMar>
              <w:top w:w="35" w:type="dxa"/>
              <w:left w:w="35" w:type="dxa"/>
              <w:bottom w:w="35" w:type="dxa"/>
              <w:right w:w="35" w:type="dxa"/>
            </w:tcMar>
            <w:vAlign w:val="center"/>
          </w:tcPr>
          <w:p w14:paraId="19A08467" w14:textId="77777777" w:rsidR="00AC7EFD" w:rsidRPr="00B9728A" w:rsidRDefault="00000D7B" w:rsidP="00B9728A">
            <w:pPr>
              <w:rPr>
                <w:rFonts w:asciiTheme="minorHAnsi" w:hAnsiTheme="minorHAnsi"/>
                <w:b/>
                <w:bCs/>
                <w:sz w:val="22"/>
              </w:rPr>
            </w:pPr>
            <w:r w:rsidRPr="00B9728A">
              <w:rPr>
                <w:rFonts w:asciiTheme="minorHAnsi" w:hAnsiTheme="minorHAnsi"/>
                <w:b/>
                <w:bCs/>
                <w:sz w:val="22"/>
              </w:rPr>
              <w:t>Base Salary</w:t>
            </w:r>
          </w:p>
        </w:tc>
        <w:tc>
          <w:tcPr>
            <w:tcW w:w="1440" w:type="dxa"/>
            <w:shd w:val="clear" w:color="auto" w:fill="D9D9D9" w:themeFill="background1" w:themeFillShade="D9"/>
            <w:tcMar>
              <w:top w:w="35" w:type="dxa"/>
              <w:left w:w="35" w:type="dxa"/>
              <w:bottom w:w="35" w:type="dxa"/>
              <w:right w:w="35" w:type="dxa"/>
            </w:tcMar>
            <w:vAlign w:val="center"/>
          </w:tcPr>
          <w:p w14:paraId="3E0434B7" w14:textId="77777777" w:rsidR="00AC7EFD" w:rsidRPr="00B9728A" w:rsidRDefault="00000D7B" w:rsidP="00B9728A">
            <w:pPr>
              <w:rPr>
                <w:rFonts w:asciiTheme="minorHAnsi" w:hAnsiTheme="minorHAnsi"/>
                <w:b/>
                <w:bCs/>
                <w:sz w:val="22"/>
              </w:rPr>
            </w:pPr>
            <w:r w:rsidRPr="00B9728A">
              <w:rPr>
                <w:rFonts w:asciiTheme="minorHAnsi" w:hAnsiTheme="minorHAnsi"/>
                <w:b/>
                <w:bCs/>
                <w:sz w:val="22"/>
              </w:rPr>
              <w:t>FTE/Effort</w:t>
            </w:r>
          </w:p>
        </w:tc>
        <w:tc>
          <w:tcPr>
            <w:tcW w:w="1224" w:type="dxa"/>
            <w:shd w:val="clear" w:color="auto" w:fill="D9D9D9" w:themeFill="background1" w:themeFillShade="D9"/>
            <w:tcMar>
              <w:top w:w="35" w:type="dxa"/>
              <w:left w:w="35" w:type="dxa"/>
              <w:bottom w:w="35" w:type="dxa"/>
              <w:right w:w="35" w:type="dxa"/>
            </w:tcMar>
            <w:vAlign w:val="center"/>
          </w:tcPr>
          <w:p w14:paraId="42672D64" w14:textId="77777777" w:rsidR="00AC7EFD" w:rsidRPr="00B9728A" w:rsidRDefault="00000D7B" w:rsidP="00B9728A">
            <w:pPr>
              <w:rPr>
                <w:rFonts w:asciiTheme="minorHAnsi" w:hAnsiTheme="minorHAnsi"/>
                <w:b/>
                <w:bCs/>
                <w:sz w:val="22"/>
              </w:rPr>
            </w:pPr>
            <w:r w:rsidRPr="00B9728A">
              <w:rPr>
                <w:rFonts w:asciiTheme="minorHAnsi" w:hAnsiTheme="minorHAnsi"/>
                <w:b/>
                <w:bCs/>
                <w:sz w:val="22"/>
              </w:rPr>
              <w:t>Year 1</w:t>
            </w:r>
          </w:p>
        </w:tc>
        <w:tc>
          <w:tcPr>
            <w:tcW w:w="1224" w:type="dxa"/>
            <w:shd w:val="clear" w:color="auto" w:fill="D9D9D9" w:themeFill="background1" w:themeFillShade="D9"/>
            <w:tcMar>
              <w:top w:w="35" w:type="dxa"/>
              <w:left w:w="35" w:type="dxa"/>
              <w:bottom w:w="35" w:type="dxa"/>
              <w:right w:w="35" w:type="dxa"/>
            </w:tcMar>
            <w:vAlign w:val="center"/>
          </w:tcPr>
          <w:p w14:paraId="0B453829" w14:textId="77777777" w:rsidR="00AC7EFD" w:rsidRPr="00B9728A" w:rsidRDefault="00000D7B" w:rsidP="00B9728A">
            <w:pPr>
              <w:rPr>
                <w:rFonts w:asciiTheme="minorHAnsi" w:hAnsiTheme="minorHAnsi"/>
                <w:b/>
                <w:bCs/>
                <w:sz w:val="22"/>
              </w:rPr>
            </w:pPr>
            <w:r w:rsidRPr="00B9728A">
              <w:rPr>
                <w:rFonts w:asciiTheme="minorHAnsi" w:hAnsiTheme="minorHAnsi"/>
                <w:b/>
                <w:bCs/>
                <w:sz w:val="22"/>
              </w:rPr>
              <w:t>Year 2</w:t>
            </w:r>
          </w:p>
        </w:tc>
        <w:tc>
          <w:tcPr>
            <w:tcW w:w="1224" w:type="dxa"/>
            <w:shd w:val="clear" w:color="auto" w:fill="D9D9D9" w:themeFill="background1" w:themeFillShade="D9"/>
            <w:tcMar>
              <w:top w:w="35" w:type="dxa"/>
              <w:left w:w="35" w:type="dxa"/>
              <w:bottom w:w="35" w:type="dxa"/>
              <w:right w:w="35" w:type="dxa"/>
            </w:tcMar>
            <w:vAlign w:val="center"/>
          </w:tcPr>
          <w:p w14:paraId="798846C5" w14:textId="77777777" w:rsidR="00AC7EFD" w:rsidRPr="00B9728A" w:rsidRDefault="00000D7B" w:rsidP="00B9728A">
            <w:pPr>
              <w:rPr>
                <w:rFonts w:asciiTheme="minorHAnsi" w:hAnsiTheme="minorHAnsi"/>
                <w:b/>
                <w:bCs/>
                <w:sz w:val="22"/>
              </w:rPr>
            </w:pPr>
            <w:r w:rsidRPr="00B9728A">
              <w:rPr>
                <w:rFonts w:asciiTheme="minorHAnsi" w:hAnsiTheme="minorHAnsi"/>
                <w:b/>
                <w:bCs/>
                <w:sz w:val="22"/>
              </w:rPr>
              <w:t>Year 3</w:t>
            </w:r>
          </w:p>
        </w:tc>
        <w:tc>
          <w:tcPr>
            <w:tcW w:w="1224" w:type="dxa"/>
            <w:shd w:val="clear" w:color="auto" w:fill="D9D9D9" w:themeFill="background1" w:themeFillShade="D9"/>
            <w:tcMar>
              <w:top w:w="35" w:type="dxa"/>
              <w:left w:w="35" w:type="dxa"/>
              <w:bottom w:w="35" w:type="dxa"/>
              <w:right w:w="35" w:type="dxa"/>
            </w:tcMar>
            <w:vAlign w:val="center"/>
          </w:tcPr>
          <w:p w14:paraId="7C0FF783" w14:textId="77777777" w:rsidR="00AC7EFD" w:rsidRPr="00B9728A" w:rsidRDefault="00000D7B" w:rsidP="00B9728A">
            <w:pPr>
              <w:rPr>
                <w:rFonts w:asciiTheme="minorHAnsi" w:hAnsiTheme="minorHAnsi"/>
                <w:b/>
                <w:bCs/>
                <w:sz w:val="22"/>
              </w:rPr>
            </w:pPr>
            <w:r w:rsidRPr="00B9728A">
              <w:rPr>
                <w:rFonts w:asciiTheme="minorHAnsi" w:hAnsiTheme="minorHAnsi"/>
                <w:b/>
                <w:bCs/>
                <w:sz w:val="22"/>
              </w:rPr>
              <w:t>Year 4</w:t>
            </w:r>
          </w:p>
        </w:tc>
        <w:tc>
          <w:tcPr>
            <w:tcW w:w="1224" w:type="dxa"/>
            <w:shd w:val="clear" w:color="auto" w:fill="D9D9D9" w:themeFill="background1" w:themeFillShade="D9"/>
            <w:tcMar>
              <w:top w:w="35" w:type="dxa"/>
              <w:left w:w="35" w:type="dxa"/>
              <w:bottom w:w="35" w:type="dxa"/>
              <w:right w:w="35" w:type="dxa"/>
            </w:tcMar>
            <w:vAlign w:val="center"/>
          </w:tcPr>
          <w:p w14:paraId="0B9757DA" w14:textId="77777777" w:rsidR="00AC7EFD" w:rsidRPr="00B9728A" w:rsidRDefault="00000D7B" w:rsidP="00B9728A">
            <w:pPr>
              <w:rPr>
                <w:rFonts w:asciiTheme="minorHAnsi" w:hAnsiTheme="minorHAnsi"/>
                <w:b/>
                <w:bCs/>
                <w:sz w:val="22"/>
              </w:rPr>
            </w:pPr>
            <w:r w:rsidRPr="00B9728A">
              <w:rPr>
                <w:rFonts w:asciiTheme="minorHAnsi" w:hAnsiTheme="minorHAnsi"/>
                <w:b/>
                <w:bCs/>
                <w:sz w:val="22"/>
              </w:rPr>
              <w:t>Year 5</w:t>
            </w:r>
          </w:p>
        </w:tc>
        <w:tc>
          <w:tcPr>
            <w:tcW w:w="1584" w:type="dxa"/>
            <w:shd w:val="clear" w:color="auto" w:fill="D9D9D9" w:themeFill="background1" w:themeFillShade="D9"/>
            <w:tcMar>
              <w:top w:w="35" w:type="dxa"/>
              <w:left w:w="35" w:type="dxa"/>
              <w:bottom w:w="35" w:type="dxa"/>
              <w:right w:w="35" w:type="dxa"/>
            </w:tcMar>
            <w:vAlign w:val="center"/>
          </w:tcPr>
          <w:p w14:paraId="4811F207" w14:textId="77777777" w:rsidR="00AC7EFD" w:rsidRPr="00B9728A" w:rsidRDefault="00000D7B" w:rsidP="00B9728A">
            <w:pPr>
              <w:rPr>
                <w:rFonts w:asciiTheme="minorHAnsi" w:hAnsiTheme="minorHAnsi"/>
                <w:b/>
                <w:bCs/>
                <w:sz w:val="22"/>
              </w:rPr>
            </w:pPr>
            <w:r w:rsidRPr="00B9728A">
              <w:rPr>
                <w:rFonts w:asciiTheme="minorHAnsi" w:hAnsiTheme="minorHAnsi"/>
                <w:b/>
                <w:bCs/>
                <w:sz w:val="22"/>
              </w:rPr>
              <w:t>Category Total</w:t>
            </w:r>
          </w:p>
        </w:tc>
      </w:tr>
      <w:tr w:rsidR="00AC7EFD" w14:paraId="005C6331" w14:textId="77777777" w:rsidTr="00B9728A">
        <w:trPr>
          <w:cantSplit/>
          <w:jc w:val="center"/>
        </w:trPr>
        <w:tc>
          <w:tcPr>
            <w:tcW w:w="1944" w:type="dxa"/>
            <w:tcMar>
              <w:top w:w="35" w:type="dxa"/>
              <w:left w:w="35" w:type="dxa"/>
              <w:bottom w:w="35" w:type="dxa"/>
              <w:right w:w="35" w:type="dxa"/>
            </w:tcMar>
            <w:vAlign w:val="center"/>
          </w:tcPr>
          <w:p w14:paraId="648B6012" w14:textId="77777777" w:rsidR="00AC7EFD" w:rsidRPr="00B9728A" w:rsidRDefault="00B9728A" w:rsidP="00B9728A">
            <w:pPr>
              <w:rPr>
                <w:rFonts w:asciiTheme="minorHAnsi" w:hAnsiTheme="minorHAnsi"/>
                <w:sz w:val="22"/>
              </w:rPr>
            </w:pPr>
            <w:r w:rsidRPr="00B9728A">
              <w:rPr>
                <w:rFonts w:asciiTheme="minorHAnsi" w:hAnsiTheme="minorHAnsi"/>
                <w:sz w:val="22"/>
              </w:rPr>
              <w:t>[NAME]</w:t>
            </w:r>
          </w:p>
        </w:tc>
        <w:tc>
          <w:tcPr>
            <w:tcW w:w="2016" w:type="dxa"/>
            <w:tcMar>
              <w:top w:w="35" w:type="dxa"/>
              <w:left w:w="35" w:type="dxa"/>
              <w:bottom w:w="35" w:type="dxa"/>
              <w:right w:w="35" w:type="dxa"/>
            </w:tcMar>
            <w:vAlign w:val="center"/>
          </w:tcPr>
          <w:p w14:paraId="51F1875A" w14:textId="77777777" w:rsidR="00AC7EFD" w:rsidRPr="00B9728A" w:rsidRDefault="00B9728A" w:rsidP="00B9728A">
            <w:pPr>
              <w:rPr>
                <w:rFonts w:asciiTheme="minorHAnsi" w:hAnsiTheme="minorHAnsi"/>
                <w:sz w:val="22"/>
              </w:rPr>
            </w:pPr>
            <w:r w:rsidRPr="00B9728A">
              <w:rPr>
                <w:rFonts w:asciiTheme="minorHAnsi" w:hAnsiTheme="minorHAnsi"/>
                <w:sz w:val="22"/>
              </w:rPr>
              <w:t>[POSITION]</w:t>
            </w:r>
          </w:p>
        </w:tc>
        <w:tc>
          <w:tcPr>
            <w:tcW w:w="1296" w:type="dxa"/>
            <w:tcMar>
              <w:top w:w="35" w:type="dxa"/>
              <w:left w:w="35" w:type="dxa"/>
              <w:bottom w:w="35" w:type="dxa"/>
              <w:right w:w="35" w:type="dxa"/>
            </w:tcMar>
            <w:vAlign w:val="center"/>
          </w:tcPr>
          <w:p w14:paraId="39E2685A" w14:textId="77777777" w:rsidR="00AC7EFD" w:rsidRPr="00B9728A" w:rsidRDefault="00AC7EFD" w:rsidP="00B9728A">
            <w:pPr>
              <w:rPr>
                <w:rFonts w:asciiTheme="minorHAnsi" w:hAnsiTheme="minorHAnsi"/>
                <w:sz w:val="22"/>
              </w:rPr>
            </w:pPr>
          </w:p>
        </w:tc>
        <w:tc>
          <w:tcPr>
            <w:tcW w:w="1440" w:type="dxa"/>
            <w:tcMar>
              <w:top w:w="35" w:type="dxa"/>
              <w:left w:w="35" w:type="dxa"/>
              <w:bottom w:w="35" w:type="dxa"/>
              <w:right w:w="35" w:type="dxa"/>
            </w:tcMar>
            <w:vAlign w:val="center"/>
          </w:tcPr>
          <w:p w14:paraId="3DCA2AAC" w14:textId="77777777" w:rsidR="00AC7EFD" w:rsidRPr="00B9728A" w:rsidRDefault="00AC7EFD" w:rsidP="00B9728A">
            <w:pPr>
              <w:rPr>
                <w:rFonts w:asciiTheme="minorHAnsi" w:hAnsiTheme="minorHAnsi"/>
                <w:sz w:val="22"/>
              </w:rPr>
            </w:pPr>
          </w:p>
        </w:tc>
        <w:tc>
          <w:tcPr>
            <w:tcW w:w="1224" w:type="dxa"/>
            <w:tcMar>
              <w:top w:w="35" w:type="dxa"/>
              <w:left w:w="35" w:type="dxa"/>
              <w:bottom w:w="35" w:type="dxa"/>
              <w:right w:w="35" w:type="dxa"/>
            </w:tcMar>
            <w:vAlign w:val="center"/>
          </w:tcPr>
          <w:p w14:paraId="0FD3EA7E" w14:textId="77777777" w:rsidR="00AC7EFD" w:rsidRPr="00B9728A" w:rsidRDefault="00AC7EFD" w:rsidP="00B9728A">
            <w:pPr>
              <w:rPr>
                <w:rFonts w:asciiTheme="minorHAnsi" w:hAnsiTheme="minorHAnsi"/>
                <w:sz w:val="22"/>
              </w:rPr>
            </w:pPr>
          </w:p>
        </w:tc>
        <w:tc>
          <w:tcPr>
            <w:tcW w:w="1224" w:type="dxa"/>
            <w:tcMar>
              <w:top w:w="35" w:type="dxa"/>
              <w:left w:w="35" w:type="dxa"/>
              <w:bottom w:w="35" w:type="dxa"/>
              <w:right w:w="35" w:type="dxa"/>
            </w:tcMar>
            <w:vAlign w:val="center"/>
          </w:tcPr>
          <w:p w14:paraId="4FD7ADBA" w14:textId="77777777" w:rsidR="00AC7EFD" w:rsidRPr="00B9728A" w:rsidRDefault="00AC7EFD" w:rsidP="00B9728A">
            <w:pPr>
              <w:rPr>
                <w:rFonts w:asciiTheme="minorHAnsi" w:hAnsiTheme="minorHAnsi"/>
                <w:sz w:val="22"/>
              </w:rPr>
            </w:pPr>
          </w:p>
        </w:tc>
        <w:tc>
          <w:tcPr>
            <w:tcW w:w="1224" w:type="dxa"/>
            <w:tcMar>
              <w:top w:w="35" w:type="dxa"/>
              <w:left w:w="35" w:type="dxa"/>
              <w:bottom w:w="35" w:type="dxa"/>
              <w:right w:w="35" w:type="dxa"/>
            </w:tcMar>
            <w:vAlign w:val="center"/>
          </w:tcPr>
          <w:p w14:paraId="20309D20" w14:textId="77777777" w:rsidR="00AC7EFD" w:rsidRPr="00B9728A" w:rsidRDefault="00AC7EFD" w:rsidP="00B9728A">
            <w:pPr>
              <w:rPr>
                <w:rFonts w:asciiTheme="minorHAnsi" w:hAnsiTheme="minorHAnsi"/>
                <w:sz w:val="22"/>
              </w:rPr>
            </w:pPr>
          </w:p>
        </w:tc>
        <w:tc>
          <w:tcPr>
            <w:tcW w:w="1224" w:type="dxa"/>
            <w:tcMar>
              <w:top w:w="35" w:type="dxa"/>
              <w:left w:w="35" w:type="dxa"/>
              <w:bottom w:w="35" w:type="dxa"/>
              <w:right w:w="35" w:type="dxa"/>
            </w:tcMar>
            <w:vAlign w:val="center"/>
          </w:tcPr>
          <w:p w14:paraId="0408A554" w14:textId="77777777" w:rsidR="00AC7EFD" w:rsidRPr="00B9728A" w:rsidRDefault="00AC7EFD" w:rsidP="00B9728A">
            <w:pPr>
              <w:rPr>
                <w:rFonts w:asciiTheme="minorHAnsi" w:hAnsiTheme="minorHAnsi"/>
                <w:sz w:val="22"/>
              </w:rPr>
            </w:pPr>
          </w:p>
        </w:tc>
        <w:tc>
          <w:tcPr>
            <w:tcW w:w="1224" w:type="dxa"/>
            <w:tcMar>
              <w:top w:w="35" w:type="dxa"/>
              <w:left w:w="35" w:type="dxa"/>
              <w:bottom w:w="35" w:type="dxa"/>
              <w:right w:w="35" w:type="dxa"/>
            </w:tcMar>
            <w:vAlign w:val="center"/>
          </w:tcPr>
          <w:p w14:paraId="5ABB2CAE" w14:textId="77777777" w:rsidR="00AC7EFD" w:rsidRPr="00B9728A" w:rsidRDefault="00AC7EFD" w:rsidP="00B9728A">
            <w:pPr>
              <w:rPr>
                <w:rFonts w:asciiTheme="minorHAnsi" w:hAnsiTheme="minorHAnsi"/>
                <w:sz w:val="22"/>
              </w:rPr>
            </w:pPr>
          </w:p>
        </w:tc>
        <w:tc>
          <w:tcPr>
            <w:tcW w:w="1584" w:type="dxa"/>
            <w:tcMar>
              <w:top w:w="35" w:type="dxa"/>
              <w:left w:w="35" w:type="dxa"/>
              <w:bottom w:w="35" w:type="dxa"/>
              <w:right w:w="35" w:type="dxa"/>
            </w:tcMar>
            <w:vAlign w:val="center"/>
          </w:tcPr>
          <w:p w14:paraId="59ADECA5" w14:textId="77777777" w:rsidR="00B9728A" w:rsidRPr="00B9728A" w:rsidRDefault="00B9728A" w:rsidP="00B9728A">
            <w:pPr>
              <w:rPr>
                <w:rFonts w:asciiTheme="minorHAnsi" w:hAnsiTheme="minorHAnsi"/>
                <w:sz w:val="22"/>
              </w:rPr>
            </w:pPr>
          </w:p>
        </w:tc>
      </w:tr>
      <w:tr w:rsidR="00B9728A" w14:paraId="0816209C" w14:textId="77777777" w:rsidTr="00B9728A">
        <w:trPr>
          <w:cantSplit/>
          <w:jc w:val="center"/>
        </w:trPr>
        <w:tc>
          <w:tcPr>
            <w:tcW w:w="1944" w:type="dxa"/>
            <w:tcMar>
              <w:top w:w="35" w:type="dxa"/>
              <w:left w:w="35" w:type="dxa"/>
              <w:bottom w:w="35" w:type="dxa"/>
              <w:right w:w="35" w:type="dxa"/>
            </w:tcMar>
            <w:vAlign w:val="center"/>
          </w:tcPr>
          <w:p w14:paraId="7355FBD4" w14:textId="77777777" w:rsidR="00B9728A" w:rsidRDefault="00B9728A" w:rsidP="00B9728A">
            <w:pPr>
              <w:spacing w:line="228" w:lineRule="auto"/>
            </w:pPr>
            <w:r w:rsidRPr="00B9728A">
              <w:rPr>
                <w:rFonts w:asciiTheme="minorHAnsi" w:hAnsiTheme="minorHAnsi"/>
                <w:sz w:val="22"/>
              </w:rPr>
              <w:t>[NAME]</w:t>
            </w:r>
          </w:p>
        </w:tc>
        <w:tc>
          <w:tcPr>
            <w:tcW w:w="2016" w:type="dxa"/>
            <w:tcMar>
              <w:top w:w="35" w:type="dxa"/>
              <w:left w:w="35" w:type="dxa"/>
              <w:bottom w:w="35" w:type="dxa"/>
              <w:right w:w="35" w:type="dxa"/>
            </w:tcMar>
            <w:vAlign w:val="center"/>
          </w:tcPr>
          <w:p w14:paraId="44AAFA97" w14:textId="77777777" w:rsidR="00B9728A" w:rsidRDefault="00B9728A" w:rsidP="00B9728A">
            <w:pPr>
              <w:spacing w:line="228" w:lineRule="auto"/>
            </w:pPr>
            <w:r w:rsidRPr="00B9728A">
              <w:rPr>
                <w:rFonts w:asciiTheme="minorHAnsi" w:hAnsiTheme="minorHAnsi"/>
                <w:sz w:val="22"/>
              </w:rPr>
              <w:t>[POSITION]</w:t>
            </w:r>
          </w:p>
        </w:tc>
        <w:tc>
          <w:tcPr>
            <w:tcW w:w="1296" w:type="dxa"/>
            <w:tcMar>
              <w:top w:w="35" w:type="dxa"/>
              <w:left w:w="35" w:type="dxa"/>
              <w:bottom w:w="35" w:type="dxa"/>
              <w:right w:w="35" w:type="dxa"/>
            </w:tcMar>
            <w:vAlign w:val="center"/>
          </w:tcPr>
          <w:p w14:paraId="6E5C3D68" w14:textId="77777777" w:rsidR="00B9728A" w:rsidRDefault="00B9728A" w:rsidP="00B9728A">
            <w:pPr>
              <w:spacing w:line="228" w:lineRule="auto"/>
            </w:pPr>
          </w:p>
        </w:tc>
        <w:tc>
          <w:tcPr>
            <w:tcW w:w="1440" w:type="dxa"/>
            <w:tcMar>
              <w:top w:w="35" w:type="dxa"/>
              <w:left w:w="35" w:type="dxa"/>
              <w:bottom w:w="35" w:type="dxa"/>
              <w:right w:w="35" w:type="dxa"/>
            </w:tcMar>
            <w:vAlign w:val="center"/>
          </w:tcPr>
          <w:p w14:paraId="63ACB4B7" w14:textId="77777777" w:rsidR="00B9728A" w:rsidRDefault="00B9728A" w:rsidP="00B9728A">
            <w:pPr>
              <w:spacing w:line="228" w:lineRule="auto"/>
            </w:pPr>
          </w:p>
        </w:tc>
        <w:tc>
          <w:tcPr>
            <w:tcW w:w="1224" w:type="dxa"/>
            <w:tcMar>
              <w:top w:w="35" w:type="dxa"/>
              <w:left w:w="35" w:type="dxa"/>
              <w:bottom w:w="35" w:type="dxa"/>
              <w:right w:w="35" w:type="dxa"/>
            </w:tcMar>
            <w:vAlign w:val="center"/>
          </w:tcPr>
          <w:p w14:paraId="739DCD15" w14:textId="77777777" w:rsidR="00B9728A" w:rsidRDefault="00B9728A" w:rsidP="00B9728A">
            <w:pPr>
              <w:spacing w:line="228" w:lineRule="auto"/>
            </w:pPr>
          </w:p>
        </w:tc>
        <w:tc>
          <w:tcPr>
            <w:tcW w:w="1224" w:type="dxa"/>
            <w:tcMar>
              <w:top w:w="35" w:type="dxa"/>
              <w:left w:w="35" w:type="dxa"/>
              <w:bottom w:w="35" w:type="dxa"/>
              <w:right w:w="35" w:type="dxa"/>
            </w:tcMar>
            <w:vAlign w:val="center"/>
          </w:tcPr>
          <w:p w14:paraId="07D1A175" w14:textId="77777777" w:rsidR="00B9728A" w:rsidRDefault="00B9728A" w:rsidP="00B9728A">
            <w:pPr>
              <w:spacing w:line="228" w:lineRule="auto"/>
            </w:pPr>
          </w:p>
        </w:tc>
        <w:tc>
          <w:tcPr>
            <w:tcW w:w="1224" w:type="dxa"/>
            <w:tcMar>
              <w:top w:w="35" w:type="dxa"/>
              <w:left w:w="35" w:type="dxa"/>
              <w:bottom w:w="35" w:type="dxa"/>
              <w:right w:w="35" w:type="dxa"/>
            </w:tcMar>
            <w:vAlign w:val="center"/>
          </w:tcPr>
          <w:p w14:paraId="102BBEAD" w14:textId="77777777" w:rsidR="00B9728A" w:rsidRDefault="00B9728A" w:rsidP="00B9728A">
            <w:pPr>
              <w:spacing w:line="228" w:lineRule="auto"/>
            </w:pPr>
          </w:p>
        </w:tc>
        <w:tc>
          <w:tcPr>
            <w:tcW w:w="1224" w:type="dxa"/>
            <w:tcMar>
              <w:top w:w="35" w:type="dxa"/>
              <w:left w:w="35" w:type="dxa"/>
              <w:bottom w:w="35" w:type="dxa"/>
              <w:right w:w="35" w:type="dxa"/>
            </w:tcMar>
            <w:vAlign w:val="center"/>
          </w:tcPr>
          <w:p w14:paraId="793EBD06" w14:textId="77777777" w:rsidR="00B9728A" w:rsidRDefault="00B9728A" w:rsidP="00B9728A">
            <w:pPr>
              <w:spacing w:line="228" w:lineRule="auto"/>
            </w:pPr>
          </w:p>
        </w:tc>
        <w:tc>
          <w:tcPr>
            <w:tcW w:w="1224" w:type="dxa"/>
            <w:tcMar>
              <w:top w:w="35" w:type="dxa"/>
              <w:left w:w="35" w:type="dxa"/>
              <w:bottom w:w="35" w:type="dxa"/>
              <w:right w:w="35" w:type="dxa"/>
            </w:tcMar>
            <w:vAlign w:val="center"/>
          </w:tcPr>
          <w:p w14:paraId="76E688A3" w14:textId="77777777" w:rsidR="00B9728A" w:rsidRDefault="00B9728A" w:rsidP="00B9728A">
            <w:pPr>
              <w:spacing w:line="228" w:lineRule="auto"/>
            </w:pPr>
          </w:p>
        </w:tc>
        <w:tc>
          <w:tcPr>
            <w:tcW w:w="1584" w:type="dxa"/>
            <w:tcMar>
              <w:top w:w="35" w:type="dxa"/>
              <w:left w:w="35" w:type="dxa"/>
              <w:bottom w:w="35" w:type="dxa"/>
              <w:right w:w="35" w:type="dxa"/>
            </w:tcMar>
            <w:vAlign w:val="center"/>
          </w:tcPr>
          <w:p w14:paraId="0514BFFE" w14:textId="77777777" w:rsidR="00B9728A" w:rsidRDefault="00B9728A" w:rsidP="00B9728A">
            <w:pPr>
              <w:spacing w:line="228" w:lineRule="auto"/>
            </w:pPr>
          </w:p>
        </w:tc>
      </w:tr>
      <w:tr w:rsidR="00B9728A" w14:paraId="0DF08AFB" w14:textId="77777777" w:rsidTr="005B26DE">
        <w:trPr>
          <w:cantSplit/>
          <w:jc w:val="center"/>
        </w:trPr>
        <w:tc>
          <w:tcPr>
            <w:tcW w:w="1944" w:type="dxa"/>
            <w:tcMar>
              <w:top w:w="35" w:type="dxa"/>
              <w:left w:w="35" w:type="dxa"/>
              <w:bottom w:w="35" w:type="dxa"/>
              <w:right w:w="35" w:type="dxa"/>
            </w:tcMar>
            <w:vAlign w:val="center"/>
          </w:tcPr>
          <w:p w14:paraId="53EDB007" w14:textId="77777777" w:rsidR="00B9728A" w:rsidRDefault="00B9728A" w:rsidP="00B9728A">
            <w:pPr>
              <w:spacing w:line="228" w:lineRule="auto"/>
            </w:pPr>
            <w:r w:rsidRPr="00B9728A">
              <w:rPr>
                <w:rFonts w:asciiTheme="minorHAnsi" w:hAnsiTheme="minorHAnsi"/>
                <w:sz w:val="22"/>
              </w:rPr>
              <w:t>[NAME]</w:t>
            </w:r>
          </w:p>
        </w:tc>
        <w:tc>
          <w:tcPr>
            <w:tcW w:w="2016" w:type="dxa"/>
            <w:tcMar>
              <w:top w:w="35" w:type="dxa"/>
              <w:left w:w="35" w:type="dxa"/>
              <w:bottom w:w="35" w:type="dxa"/>
              <w:right w:w="35" w:type="dxa"/>
            </w:tcMar>
            <w:vAlign w:val="center"/>
          </w:tcPr>
          <w:p w14:paraId="6086CE96" w14:textId="77777777" w:rsidR="00B9728A" w:rsidRDefault="00B9728A" w:rsidP="00B9728A">
            <w:pPr>
              <w:spacing w:line="228" w:lineRule="auto"/>
            </w:pPr>
            <w:r w:rsidRPr="00B9728A">
              <w:rPr>
                <w:rFonts w:asciiTheme="minorHAnsi" w:hAnsiTheme="minorHAnsi"/>
                <w:sz w:val="22"/>
              </w:rPr>
              <w:t>[POSITION]</w:t>
            </w:r>
          </w:p>
        </w:tc>
        <w:tc>
          <w:tcPr>
            <w:tcW w:w="1296" w:type="dxa"/>
            <w:tcMar>
              <w:top w:w="35" w:type="dxa"/>
              <w:left w:w="35" w:type="dxa"/>
              <w:bottom w:w="35" w:type="dxa"/>
              <w:right w:w="35" w:type="dxa"/>
            </w:tcMar>
            <w:vAlign w:val="center"/>
          </w:tcPr>
          <w:p w14:paraId="2EB04CBA" w14:textId="77777777" w:rsidR="00B9728A" w:rsidRDefault="00B9728A" w:rsidP="00B9728A">
            <w:pPr>
              <w:spacing w:line="228" w:lineRule="auto"/>
            </w:pPr>
          </w:p>
        </w:tc>
        <w:tc>
          <w:tcPr>
            <w:tcW w:w="1440" w:type="dxa"/>
            <w:tcMar>
              <w:top w:w="35" w:type="dxa"/>
              <w:left w:w="35" w:type="dxa"/>
              <w:bottom w:w="35" w:type="dxa"/>
              <w:right w:w="35" w:type="dxa"/>
            </w:tcMar>
            <w:vAlign w:val="center"/>
          </w:tcPr>
          <w:p w14:paraId="3C7C3531" w14:textId="77777777" w:rsidR="00B9728A" w:rsidRDefault="00B9728A" w:rsidP="00B9728A">
            <w:pPr>
              <w:spacing w:line="228" w:lineRule="auto"/>
            </w:pPr>
          </w:p>
        </w:tc>
        <w:tc>
          <w:tcPr>
            <w:tcW w:w="1224" w:type="dxa"/>
            <w:tcMar>
              <w:top w:w="35" w:type="dxa"/>
              <w:left w:w="35" w:type="dxa"/>
              <w:bottom w:w="35" w:type="dxa"/>
              <w:right w:w="35" w:type="dxa"/>
            </w:tcMar>
            <w:vAlign w:val="center"/>
          </w:tcPr>
          <w:p w14:paraId="0411666E" w14:textId="77777777" w:rsidR="00B9728A" w:rsidRDefault="00B9728A" w:rsidP="00B9728A">
            <w:pPr>
              <w:spacing w:line="228" w:lineRule="auto"/>
            </w:pPr>
          </w:p>
        </w:tc>
        <w:tc>
          <w:tcPr>
            <w:tcW w:w="1224" w:type="dxa"/>
            <w:tcMar>
              <w:top w:w="35" w:type="dxa"/>
              <w:left w:w="35" w:type="dxa"/>
              <w:bottom w:w="35" w:type="dxa"/>
              <w:right w:w="35" w:type="dxa"/>
            </w:tcMar>
            <w:vAlign w:val="center"/>
          </w:tcPr>
          <w:p w14:paraId="2A934455" w14:textId="77777777" w:rsidR="00B9728A" w:rsidRDefault="00B9728A" w:rsidP="00B9728A">
            <w:pPr>
              <w:spacing w:line="228" w:lineRule="auto"/>
            </w:pPr>
          </w:p>
        </w:tc>
        <w:tc>
          <w:tcPr>
            <w:tcW w:w="1224" w:type="dxa"/>
            <w:tcMar>
              <w:top w:w="35" w:type="dxa"/>
              <w:left w:w="35" w:type="dxa"/>
              <w:bottom w:w="35" w:type="dxa"/>
              <w:right w:w="35" w:type="dxa"/>
            </w:tcMar>
            <w:vAlign w:val="center"/>
          </w:tcPr>
          <w:p w14:paraId="6EB13775" w14:textId="77777777" w:rsidR="00B9728A" w:rsidRDefault="00B9728A" w:rsidP="00B9728A">
            <w:pPr>
              <w:spacing w:line="228" w:lineRule="auto"/>
            </w:pPr>
          </w:p>
        </w:tc>
        <w:tc>
          <w:tcPr>
            <w:tcW w:w="1224" w:type="dxa"/>
            <w:tcMar>
              <w:top w:w="35" w:type="dxa"/>
              <w:left w:w="35" w:type="dxa"/>
              <w:bottom w:w="35" w:type="dxa"/>
              <w:right w:w="35" w:type="dxa"/>
            </w:tcMar>
            <w:vAlign w:val="center"/>
          </w:tcPr>
          <w:p w14:paraId="1FA987C1" w14:textId="77777777" w:rsidR="00B9728A" w:rsidRDefault="00B9728A" w:rsidP="00B9728A">
            <w:pPr>
              <w:spacing w:line="228" w:lineRule="auto"/>
            </w:pPr>
          </w:p>
        </w:tc>
        <w:tc>
          <w:tcPr>
            <w:tcW w:w="1224" w:type="dxa"/>
            <w:tcMar>
              <w:top w:w="35" w:type="dxa"/>
              <w:left w:w="35" w:type="dxa"/>
              <w:bottom w:w="35" w:type="dxa"/>
              <w:right w:w="35" w:type="dxa"/>
            </w:tcMar>
            <w:vAlign w:val="center"/>
          </w:tcPr>
          <w:p w14:paraId="45C9C184" w14:textId="77777777" w:rsidR="00B9728A" w:rsidRDefault="00B9728A" w:rsidP="00B9728A">
            <w:pPr>
              <w:spacing w:line="228" w:lineRule="auto"/>
            </w:pPr>
          </w:p>
        </w:tc>
        <w:tc>
          <w:tcPr>
            <w:tcW w:w="1584" w:type="dxa"/>
            <w:tcMar>
              <w:top w:w="35" w:type="dxa"/>
              <w:left w:w="35" w:type="dxa"/>
              <w:bottom w:w="35" w:type="dxa"/>
              <w:right w:w="35" w:type="dxa"/>
            </w:tcMar>
            <w:vAlign w:val="center"/>
          </w:tcPr>
          <w:p w14:paraId="6811CCF4" w14:textId="77777777" w:rsidR="00B9728A" w:rsidRDefault="00B9728A" w:rsidP="00B9728A">
            <w:pPr>
              <w:spacing w:line="228" w:lineRule="auto"/>
            </w:pPr>
          </w:p>
        </w:tc>
      </w:tr>
      <w:tr w:rsidR="00B9728A" w14:paraId="10CCD14A" w14:textId="77777777" w:rsidTr="005B26DE">
        <w:trPr>
          <w:cantSplit/>
          <w:jc w:val="center"/>
        </w:trPr>
        <w:tc>
          <w:tcPr>
            <w:tcW w:w="1944" w:type="dxa"/>
            <w:shd w:val="clear" w:color="auto" w:fill="E7E6E6"/>
            <w:tcMar>
              <w:top w:w="35" w:type="dxa"/>
              <w:left w:w="35" w:type="dxa"/>
              <w:bottom w:w="35" w:type="dxa"/>
              <w:right w:w="35" w:type="dxa"/>
            </w:tcMar>
            <w:vAlign w:val="center"/>
          </w:tcPr>
          <w:p w14:paraId="60106698" w14:textId="77777777" w:rsidR="00B9728A" w:rsidRPr="0087136E" w:rsidRDefault="00B9728A" w:rsidP="00B9728A">
            <w:pPr>
              <w:spacing w:line="228" w:lineRule="auto"/>
              <w:rPr>
                <w:rFonts w:asciiTheme="minorHAnsi" w:hAnsiTheme="minorHAnsi"/>
                <w:b/>
                <w:sz w:val="22"/>
                <w:szCs w:val="32"/>
              </w:rPr>
            </w:pPr>
            <w:r w:rsidRPr="0087136E">
              <w:rPr>
                <w:rFonts w:asciiTheme="minorHAnsi" w:hAnsiTheme="minorHAnsi"/>
                <w:b/>
                <w:sz w:val="22"/>
                <w:szCs w:val="32"/>
              </w:rPr>
              <w:t>TOTAL SENIOR PERSONNEL</w:t>
            </w:r>
          </w:p>
        </w:tc>
        <w:tc>
          <w:tcPr>
            <w:tcW w:w="2016" w:type="dxa"/>
            <w:shd w:val="clear" w:color="auto" w:fill="E7E6E6"/>
            <w:tcMar>
              <w:top w:w="35" w:type="dxa"/>
              <w:left w:w="35" w:type="dxa"/>
              <w:bottom w:w="35" w:type="dxa"/>
              <w:right w:w="35" w:type="dxa"/>
            </w:tcMar>
            <w:vAlign w:val="center"/>
          </w:tcPr>
          <w:p w14:paraId="703CC3E3" w14:textId="77777777" w:rsidR="00B9728A" w:rsidRPr="0087136E" w:rsidRDefault="00B9728A" w:rsidP="00B9728A">
            <w:pPr>
              <w:spacing w:line="228" w:lineRule="auto"/>
              <w:rPr>
                <w:rFonts w:asciiTheme="minorHAnsi" w:hAnsiTheme="minorHAnsi"/>
                <w:b/>
                <w:sz w:val="22"/>
                <w:szCs w:val="32"/>
              </w:rPr>
            </w:pPr>
          </w:p>
        </w:tc>
        <w:tc>
          <w:tcPr>
            <w:tcW w:w="1296" w:type="dxa"/>
            <w:shd w:val="clear" w:color="auto" w:fill="E7E6E6"/>
            <w:tcMar>
              <w:top w:w="35" w:type="dxa"/>
              <w:left w:w="35" w:type="dxa"/>
              <w:bottom w:w="35" w:type="dxa"/>
              <w:right w:w="35" w:type="dxa"/>
            </w:tcMar>
            <w:vAlign w:val="center"/>
          </w:tcPr>
          <w:p w14:paraId="6633C02B" w14:textId="77777777" w:rsidR="00B9728A" w:rsidRPr="0087136E" w:rsidRDefault="00B9728A" w:rsidP="00B9728A">
            <w:pPr>
              <w:spacing w:line="228" w:lineRule="auto"/>
              <w:rPr>
                <w:rFonts w:asciiTheme="minorHAnsi" w:hAnsiTheme="minorHAnsi"/>
                <w:b/>
                <w:sz w:val="22"/>
                <w:szCs w:val="32"/>
              </w:rPr>
            </w:pPr>
          </w:p>
        </w:tc>
        <w:tc>
          <w:tcPr>
            <w:tcW w:w="1440" w:type="dxa"/>
            <w:shd w:val="clear" w:color="auto" w:fill="E7E6E6"/>
            <w:tcMar>
              <w:top w:w="35" w:type="dxa"/>
              <w:left w:w="35" w:type="dxa"/>
              <w:bottom w:w="35" w:type="dxa"/>
              <w:right w:w="35" w:type="dxa"/>
            </w:tcMar>
            <w:vAlign w:val="center"/>
          </w:tcPr>
          <w:p w14:paraId="6A601041" w14:textId="77777777" w:rsidR="00B9728A" w:rsidRPr="0087136E" w:rsidRDefault="00B9728A" w:rsidP="00B9728A">
            <w:pPr>
              <w:spacing w:line="228" w:lineRule="auto"/>
              <w:rPr>
                <w:rFonts w:asciiTheme="minorHAnsi" w:hAnsiTheme="minorHAnsi"/>
                <w:b/>
                <w:sz w:val="22"/>
                <w:szCs w:val="32"/>
              </w:rPr>
            </w:pPr>
          </w:p>
        </w:tc>
        <w:tc>
          <w:tcPr>
            <w:tcW w:w="1224" w:type="dxa"/>
            <w:shd w:val="clear" w:color="auto" w:fill="E7E6E6"/>
            <w:tcMar>
              <w:top w:w="35" w:type="dxa"/>
              <w:left w:w="35" w:type="dxa"/>
              <w:bottom w:w="35" w:type="dxa"/>
              <w:right w:w="35" w:type="dxa"/>
            </w:tcMar>
            <w:vAlign w:val="center"/>
          </w:tcPr>
          <w:p w14:paraId="025C7744" w14:textId="77777777" w:rsidR="00B9728A" w:rsidRPr="0087136E" w:rsidRDefault="00B9728A" w:rsidP="00B9728A">
            <w:pPr>
              <w:spacing w:line="228" w:lineRule="auto"/>
              <w:rPr>
                <w:rFonts w:asciiTheme="minorHAnsi" w:hAnsiTheme="minorHAnsi"/>
                <w:b/>
                <w:sz w:val="22"/>
                <w:szCs w:val="32"/>
              </w:rPr>
            </w:pPr>
            <w:r w:rsidRPr="0087136E">
              <w:rPr>
                <w:rFonts w:asciiTheme="minorHAnsi" w:hAnsiTheme="minorHAnsi"/>
                <w:b/>
                <w:sz w:val="22"/>
                <w:szCs w:val="32"/>
              </w:rPr>
              <w:t>[$]</w:t>
            </w:r>
          </w:p>
        </w:tc>
        <w:tc>
          <w:tcPr>
            <w:tcW w:w="1224" w:type="dxa"/>
            <w:shd w:val="clear" w:color="auto" w:fill="E7E6E6"/>
            <w:tcMar>
              <w:top w:w="35" w:type="dxa"/>
              <w:left w:w="35" w:type="dxa"/>
              <w:bottom w:w="35" w:type="dxa"/>
              <w:right w:w="35" w:type="dxa"/>
            </w:tcMar>
            <w:vAlign w:val="center"/>
          </w:tcPr>
          <w:p w14:paraId="30582387" w14:textId="77777777" w:rsidR="00B9728A" w:rsidRPr="0087136E" w:rsidRDefault="00B9728A" w:rsidP="00B9728A">
            <w:pPr>
              <w:spacing w:line="228" w:lineRule="auto"/>
              <w:rPr>
                <w:rFonts w:asciiTheme="minorHAnsi" w:hAnsiTheme="minorHAnsi"/>
                <w:b/>
                <w:sz w:val="22"/>
                <w:szCs w:val="32"/>
              </w:rPr>
            </w:pPr>
            <w:r w:rsidRPr="0087136E">
              <w:rPr>
                <w:rFonts w:asciiTheme="minorHAnsi" w:hAnsiTheme="minorHAnsi"/>
                <w:b/>
                <w:sz w:val="22"/>
                <w:szCs w:val="32"/>
              </w:rPr>
              <w:t>[$]</w:t>
            </w:r>
          </w:p>
        </w:tc>
        <w:tc>
          <w:tcPr>
            <w:tcW w:w="1224" w:type="dxa"/>
            <w:shd w:val="clear" w:color="auto" w:fill="E7E6E6"/>
            <w:tcMar>
              <w:top w:w="35" w:type="dxa"/>
              <w:left w:w="35" w:type="dxa"/>
              <w:bottom w:w="35" w:type="dxa"/>
              <w:right w:w="35" w:type="dxa"/>
            </w:tcMar>
            <w:vAlign w:val="center"/>
          </w:tcPr>
          <w:p w14:paraId="4057B1E2" w14:textId="77777777" w:rsidR="00B9728A" w:rsidRPr="0087136E" w:rsidRDefault="00B9728A" w:rsidP="00B9728A">
            <w:pPr>
              <w:spacing w:line="228" w:lineRule="auto"/>
              <w:rPr>
                <w:rFonts w:asciiTheme="minorHAnsi" w:hAnsiTheme="minorHAnsi"/>
                <w:b/>
                <w:sz w:val="22"/>
                <w:szCs w:val="32"/>
              </w:rPr>
            </w:pPr>
            <w:r w:rsidRPr="0087136E">
              <w:rPr>
                <w:rFonts w:asciiTheme="minorHAnsi" w:hAnsiTheme="minorHAnsi"/>
                <w:b/>
                <w:sz w:val="22"/>
                <w:szCs w:val="32"/>
              </w:rPr>
              <w:t>[$]</w:t>
            </w:r>
          </w:p>
        </w:tc>
        <w:tc>
          <w:tcPr>
            <w:tcW w:w="1224" w:type="dxa"/>
            <w:shd w:val="clear" w:color="auto" w:fill="E7E6E6"/>
            <w:tcMar>
              <w:top w:w="35" w:type="dxa"/>
              <w:left w:w="35" w:type="dxa"/>
              <w:bottom w:w="35" w:type="dxa"/>
              <w:right w:w="35" w:type="dxa"/>
            </w:tcMar>
            <w:vAlign w:val="center"/>
          </w:tcPr>
          <w:p w14:paraId="7F5012A6" w14:textId="77777777" w:rsidR="00B9728A" w:rsidRPr="0087136E" w:rsidRDefault="00B9728A" w:rsidP="00B9728A">
            <w:pPr>
              <w:spacing w:line="228" w:lineRule="auto"/>
              <w:rPr>
                <w:rFonts w:asciiTheme="minorHAnsi" w:hAnsiTheme="minorHAnsi"/>
                <w:b/>
                <w:sz w:val="22"/>
                <w:szCs w:val="32"/>
              </w:rPr>
            </w:pPr>
            <w:r w:rsidRPr="0087136E">
              <w:rPr>
                <w:rFonts w:asciiTheme="minorHAnsi" w:hAnsiTheme="minorHAnsi"/>
                <w:b/>
                <w:sz w:val="22"/>
                <w:szCs w:val="32"/>
              </w:rPr>
              <w:t>[$]</w:t>
            </w:r>
          </w:p>
        </w:tc>
        <w:tc>
          <w:tcPr>
            <w:tcW w:w="1224" w:type="dxa"/>
            <w:shd w:val="clear" w:color="auto" w:fill="E7E6E6"/>
            <w:tcMar>
              <w:top w:w="35" w:type="dxa"/>
              <w:left w:w="35" w:type="dxa"/>
              <w:bottom w:w="35" w:type="dxa"/>
              <w:right w:w="35" w:type="dxa"/>
            </w:tcMar>
            <w:vAlign w:val="center"/>
          </w:tcPr>
          <w:p w14:paraId="3DE86B8E" w14:textId="77777777" w:rsidR="00B9728A" w:rsidRPr="0087136E" w:rsidRDefault="00B9728A" w:rsidP="00B9728A">
            <w:pPr>
              <w:spacing w:line="228" w:lineRule="auto"/>
              <w:rPr>
                <w:rFonts w:asciiTheme="minorHAnsi" w:hAnsiTheme="minorHAnsi"/>
                <w:b/>
                <w:sz w:val="22"/>
                <w:szCs w:val="32"/>
              </w:rPr>
            </w:pPr>
            <w:r w:rsidRPr="0087136E">
              <w:rPr>
                <w:rFonts w:asciiTheme="minorHAnsi" w:hAnsiTheme="minorHAnsi"/>
                <w:b/>
                <w:sz w:val="22"/>
                <w:szCs w:val="32"/>
              </w:rPr>
              <w:t>[$]</w:t>
            </w:r>
          </w:p>
        </w:tc>
        <w:tc>
          <w:tcPr>
            <w:tcW w:w="1584" w:type="dxa"/>
            <w:shd w:val="clear" w:color="auto" w:fill="E7E6E6"/>
            <w:tcMar>
              <w:top w:w="35" w:type="dxa"/>
              <w:left w:w="35" w:type="dxa"/>
              <w:bottom w:w="35" w:type="dxa"/>
              <w:right w:w="35" w:type="dxa"/>
            </w:tcMar>
            <w:vAlign w:val="center"/>
          </w:tcPr>
          <w:p w14:paraId="18730D2A" w14:textId="77777777" w:rsidR="00B9728A" w:rsidRPr="0087136E" w:rsidRDefault="00B9728A" w:rsidP="00B9728A">
            <w:pPr>
              <w:spacing w:line="228" w:lineRule="auto"/>
              <w:rPr>
                <w:rFonts w:asciiTheme="minorHAnsi" w:hAnsiTheme="minorHAnsi"/>
                <w:b/>
                <w:sz w:val="22"/>
                <w:szCs w:val="32"/>
              </w:rPr>
            </w:pPr>
            <w:r w:rsidRPr="0087136E">
              <w:rPr>
                <w:rFonts w:asciiTheme="minorHAnsi" w:hAnsiTheme="minorHAnsi"/>
                <w:b/>
                <w:sz w:val="22"/>
                <w:szCs w:val="32"/>
              </w:rPr>
              <w:t>[$]</w:t>
            </w:r>
          </w:p>
        </w:tc>
      </w:tr>
    </w:tbl>
    <w:p w14:paraId="4F45A833" w14:textId="77777777" w:rsidR="00B9728A" w:rsidRDefault="00B9728A">
      <w:pPr>
        <w:spacing w:after="60"/>
      </w:pPr>
    </w:p>
    <w:p w14:paraId="3E52876A" w14:textId="001B8CA7" w:rsidR="005D213A" w:rsidRPr="00E571F3" w:rsidRDefault="005D213A" w:rsidP="005D213A">
      <w:pPr>
        <w:rPr>
          <w:rFonts w:asciiTheme="minorHAnsi" w:hAnsiTheme="minorHAnsi"/>
          <w:b/>
          <w:sz w:val="22"/>
        </w:rPr>
      </w:pPr>
      <w:r w:rsidRPr="00E571F3">
        <w:rPr>
          <w:rFonts w:asciiTheme="minorHAnsi" w:hAnsiTheme="minorHAnsi"/>
          <w:b/>
          <w:sz w:val="22"/>
        </w:rPr>
        <w:t>Fringe Benefits</w:t>
      </w:r>
      <w:r w:rsidR="00E571F3">
        <w:rPr>
          <w:rFonts w:asciiTheme="minorHAnsi" w:hAnsiTheme="minorHAnsi"/>
          <w:b/>
          <w:sz w:val="22"/>
        </w:rPr>
        <w:t xml:space="preserve"> </w:t>
      </w:r>
      <w:r w:rsidR="00E571F3" w:rsidRPr="00E571F3">
        <w:rPr>
          <w:rFonts w:asciiTheme="minorHAnsi" w:hAnsiTheme="minorHAnsi"/>
          <w:sz w:val="22"/>
        </w:rPr>
        <w:t>– Fringe benefits include employer-paid costs associated with retirement contributions, Social Security (FICA), group life insurance, health insurance, disability coverage, and other standard benefits available to eligible James Madison University employees. Fringe totals are calculated based on the actual benefit packages selected by each staff member and applied proportionally to the level of effort budgeted for each position in Section A. Fringe benefit rates vary by employee classification, with full-time staff who are fully grant funded receiving full fringe benefits and student or part-time positions are only budgeted for FICA</w:t>
      </w:r>
      <w:r w:rsidR="00E571F3">
        <w:t>.</w:t>
      </w:r>
    </w:p>
    <w:tbl>
      <w:tblPr>
        <w:tblStyle w:val="TableGrid"/>
        <w:tblW w:w="14400" w:type="dxa"/>
        <w:jc w:val="center"/>
        <w:tblLayout w:type="fixed"/>
        <w:tblLook w:val="04A0" w:firstRow="1" w:lastRow="0" w:firstColumn="1" w:lastColumn="0" w:noHBand="0" w:noVBand="1"/>
      </w:tblPr>
      <w:tblGrid>
        <w:gridCol w:w="3240"/>
        <w:gridCol w:w="1728"/>
        <w:gridCol w:w="1224"/>
        <w:gridCol w:w="1224"/>
        <w:gridCol w:w="1224"/>
        <w:gridCol w:w="1224"/>
        <w:gridCol w:w="1224"/>
        <w:gridCol w:w="3312"/>
      </w:tblGrid>
      <w:tr w:rsidR="00AC7EFD" w14:paraId="07D5AF63" w14:textId="77777777" w:rsidTr="005D213A">
        <w:trPr>
          <w:cantSplit/>
          <w:jc w:val="center"/>
        </w:trPr>
        <w:tc>
          <w:tcPr>
            <w:tcW w:w="3240" w:type="dxa"/>
            <w:shd w:val="clear" w:color="auto" w:fill="D9D9D9" w:themeFill="background1" w:themeFillShade="D9"/>
            <w:tcMar>
              <w:top w:w="35" w:type="dxa"/>
              <w:left w:w="35" w:type="dxa"/>
              <w:bottom w:w="35" w:type="dxa"/>
              <w:right w:w="35" w:type="dxa"/>
            </w:tcMar>
            <w:vAlign w:val="center"/>
          </w:tcPr>
          <w:p w14:paraId="7F21D402" w14:textId="77777777" w:rsidR="00AC7EFD" w:rsidRPr="005D213A" w:rsidRDefault="00000D7B" w:rsidP="005D213A">
            <w:pPr>
              <w:rPr>
                <w:rFonts w:asciiTheme="minorHAnsi" w:hAnsiTheme="minorHAnsi"/>
                <w:b/>
                <w:bCs/>
                <w:sz w:val="22"/>
                <w:highlight w:val="lightGray"/>
              </w:rPr>
            </w:pPr>
            <w:r w:rsidRPr="005D213A">
              <w:rPr>
                <w:rFonts w:asciiTheme="minorHAnsi" w:hAnsiTheme="minorHAnsi"/>
                <w:b/>
                <w:bCs/>
                <w:sz w:val="22"/>
                <w:highlight w:val="lightGray"/>
              </w:rPr>
              <w:t>Budget Line Item</w:t>
            </w:r>
          </w:p>
        </w:tc>
        <w:tc>
          <w:tcPr>
            <w:tcW w:w="1728" w:type="dxa"/>
            <w:shd w:val="clear" w:color="auto" w:fill="D9D9D9" w:themeFill="background1" w:themeFillShade="D9"/>
            <w:tcMar>
              <w:top w:w="35" w:type="dxa"/>
              <w:left w:w="35" w:type="dxa"/>
              <w:bottom w:w="35" w:type="dxa"/>
              <w:right w:w="35" w:type="dxa"/>
            </w:tcMar>
            <w:vAlign w:val="center"/>
          </w:tcPr>
          <w:p w14:paraId="4FCF3D26" w14:textId="77777777" w:rsidR="00AC7EFD" w:rsidRPr="005D213A" w:rsidRDefault="00000D7B" w:rsidP="005D213A">
            <w:pPr>
              <w:rPr>
                <w:rFonts w:asciiTheme="minorHAnsi" w:hAnsiTheme="minorHAnsi"/>
                <w:b/>
                <w:bCs/>
                <w:sz w:val="22"/>
                <w:highlight w:val="lightGray"/>
              </w:rPr>
            </w:pPr>
            <w:r w:rsidRPr="005D213A">
              <w:rPr>
                <w:rFonts w:asciiTheme="minorHAnsi" w:hAnsiTheme="minorHAnsi"/>
                <w:b/>
                <w:bCs/>
                <w:sz w:val="22"/>
                <w:highlight w:val="lightGray"/>
              </w:rPr>
              <w:t>Fringe Rate</w:t>
            </w:r>
          </w:p>
        </w:tc>
        <w:tc>
          <w:tcPr>
            <w:tcW w:w="1224" w:type="dxa"/>
            <w:shd w:val="clear" w:color="auto" w:fill="D9D9D9" w:themeFill="background1" w:themeFillShade="D9"/>
            <w:tcMar>
              <w:top w:w="35" w:type="dxa"/>
              <w:left w:w="35" w:type="dxa"/>
              <w:bottom w:w="35" w:type="dxa"/>
              <w:right w:w="35" w:type="dxa"/>
            </w:tcMar>
            <w:vAlign w:val="center"/>
          </w:tcPr>
          <w:p w14:paraId="5C69AE59" w14:textId="77777777" w:rsidR="00AC7EFD" w:rsidRPr="005D213A" w:rsidRDefault="00000D7B" w:rsidP="005D213A">
            <w:pPr>
              <w:rPr>
                <w:rFonts w:asciiTheme="minorHAnsi" w:hAnsiTheme="minorHAnsi"/>
                <w:b/>
                <w:bCs/>
                <w:sz w:val="22"/>
                <w:highlight w:val="lightGray"/>
              </w:rPr>
            </w:pPr>
            <w:r w:rsidRPr="005D213A">
              <w:rPr>
                <w:rFonts w:asciiTheme="minorHAnsi" w:hAnsiTheme="minorHAnsi"/>
                <w:b/>
                <w:bCs/>
                <w:sz w:val="22"/>
                <w:highlight w:val="lightGray"/>
              </w:rPr>
              <w:t>Year 1</w:t>
            </w:r>
          </w:p>
        </w:tc>
        <w:tc>
          <w:tcPr>
            <w:tcW w:w="1224" w:type="dxa"/>
            <w:shd w:val="clear" w:color="auto" w:fill="D9D9D9" w:themeFill="background1" w:themeFillShade="D9"/>
            <w:tcMar>
              <w:top w:w="35" w:type="dxa"/>
              <w:left w:w="35" w:type="dxa"/>
              <w:bottom w:w="35" w:type="dxa"/>
              <w:right w:w="35" w:type="dxa"/>
            </w:tcMar>
            <w:vAlign w:val="center"/>
          </w:tcPr>
          <w:p w14:paraId="5D527A7A" w14:textId="77777777" w:rsidR="00AC7EFD" w:rsidRPr="005D213A" w:rsidRDefault="00000D7B" w:rsidP="005D213A">
            <w:pPr>
              <w:rPr>
                <w:rFonts w:asciiTheme="minorHAnsi" w:hAnsiTheme="minorHAnsi"/>
                <w:b/>
                <w:bCs/>
                <w:sz w:val="22"/>
                <w:highlight w:val="lightGray"/>
              </w:rPr>
            </w:pPr>
            <w:r w:rsidRPr="005D213A">
              <w:rPr>
                <w:rFonts w:asciiTheme="minorHAnsi" w:hAnsiTheme="minorHAnsi"/>
                <w:b/>
                <w:bCs/>
                <w:sz w:val="22"/>
                <w:highlight w:val="lightGray"/>
              </w:rPr>
              <w:t>Year 2</w:t>
            </w:r>
          </w:p>
        </w:tc>
        <w:tc>
          <w:tcPr>
            <w:tcW w:w="1224" w:type="dxa"/>
            <w:shd w:val="clear" w:color="auto" w:fill="D9D9D9" w:themeFill="background1" w:themeFillShade="D9"/>
            <w:tcMar>
              <w:top w:w="35" w:type="dxa"/>
              <w:left w:w="35" w:type="dxa"/>
              <w:bottom w:w="35" w:type="dxa"/>
              <w:right w:w="35" w:type="dxa"/>
            </w:tcMar>
            <w:vAlign w:val="center"/>
          </w:tcPr>
          <w:p w14:paraId="4031749C" w14:textId="77777777" w:rsidR="00AC7EFD" w:rsidRPr="005D213A" w:rsidRDefault="00000D7B" w:rsidP="005D213A">
            <w:pPr>
              <w:rPr>
                <w:rFonts w:asciiTheme="minorHAnsi" w:hAnsiTheme="minorHAnsi"/>
                <w:b/>
                <w:bCs/>
                <w:sz w:val="22"/>
                <w:highlight w:val="lightGray"/>
              </w:rPr>
            </w:pPr>
            <w:r w:rsidRPr="005D213A">
              <w:rPr>
                <w:rFonts w:asciiTheme="minorHAnsi" w:hAnsiTheme="minorHAnsi"/>
                <w:b/>
                <w:bCs/>
                <w:sz w:val="22"/>
                <w:highlight w:val="lightGray"/>
              </w:rPr>
              <w:t>Year 3</w:t>
            </w:r>
          </w:p>
        </w:tc>
        <w:tc>
          <w:tcPr>
            <w:tcW w:w="1224" w:type="dxa"/>
            <w:shd w:val="clear" w:color="auto" w:fill="D9D9D9" w:themeFill="background1" w:themeFillShade="D9"/>
            <w:tcMar>
              <w:top w:w="35" w:type="dxa"/>
              <w:left w:w="35" w:type="dxa"/>
              <w:bottom w:w="35" w:type="dxa"/>
              <w:right w:w="35" w:type="dxa"/>
            </w:tcMar>
            <w:vAlign w:val="center"/>
          </w:tcPr>
          <w:p w14:paraId="445359CA" w14:textId="77777777" w:rsidR="00AC7EFD" w:rsidRPr="005D213A" w:rsidRDefault="00000D7B" w:rsidP="005D213A">
            <w:pPr>
              <w:rPr>
                <w:rFonts w:asciiTheme="minorHAnsi" w:hAnsiTheme="minorHAnsi"/>
                <w:b/>
                <w:bCs/>
                <w:sz w:val="22"/>
                <w:highlight w:val="lightGray"/>
              </w:rPr>
            </w:pPr>
            <w:r w:rsidRPr="005D213A">
              <w:rPr>
                <w:rFonts w:asciiTheme="minorHAnsi" w:hAnsiTheme="minorHAnsi"/>
                <w:b/>
                <w:bCs/>
                <w:sz w:val="22"/>
                <w:highlight w:val="lightGray"/>
              </w:rPr>
              <w:t>Year 4</w:t>
            </w:r>
          </w:p>
        </w:tc>
        <w:tc>
          <w:tcPr>
            <w:tcW w:w="1224" w:type="dxa"/>
            <w:shd w:val="clear" w:color="auto" w:fill="D9D9D9" w:themeFill="background1" w:themeFillShade="D9"/>
            <w:tcMar>
              <w:top w:w="35" w:type="dxa"/>
              <w:left w:w="35" w:type="dxa"/>
              <w:bottom w:w="35" w:type="dxa"/>
              <w:right w:w="35" w:type="dxa"/>
            </w:tcMar>
            <w:vAlign w:val="center"/>
          </w:tcPr>
          <w:p w14:paraId="4CA88169" w14:textId="77777777" w:rsidR="00AC7EFD" w:rsidRPr="005D213A" w:rsidRDefault="00000D7B" w:rsidP="005D213A">
            <w:pPr>
              <w:rPr>
                <w:rFonts w:asciiTheme="minorHAnsi" w:hAnsiTheme="minorHAnsi"/>
                <w:b/>
                <w:bCs/>
                <w:sz w:val="22"/>
                <w:highlight w:val="lightGray"/>
              </w:rPr>
            </w:pPr>
            <w:r w:rsidRPr="005D213A">
              <w:rPr>
                <w:rFonts w:asciiTheme="minorHAnsi" w:hAnsiTheme="minorHAnsi"/>
                <w:b/>
                <w:bCs/>
                <w:sz w:val="22"/>
                <w:highlight w:val="lightGray"/>
              </w:rPr>
              <w:t>Year 5</w:t>
            </w:r>
          </w:p>
        </w:tc>
        <w:tc>
          <w:tcPr>
            <w:tcW w:w="3312" w:type="dxa"/>
            <w:shd w:val="clear" w:color="auto" w:fill="D9D9D9" w:themeFill="background1" w:themeFillShade="D9"/>
            <w:tcMar>
              <w:top w:w="35" w:type="dxa"/>
              <w:left w:w="35" w:type="dxa"/>
              <w:bottom w:w="35" w:type="dxa"/>
              <w:right w:w="35" w:type="dxa"/>
            </w:tcMar>
            <w:vAlign w:val="center"/>
          </w:tcPr>
          <w:p w14:paraId="7779699D" w14:textId="77777777" w:rsidR="00AC7EFD" w:rsidRPr="005D213A" w:rsidRDefault="00000D7B" w:rsidP="005D213A">
            <w:pPr>
              <w:rPr>
                <w:rFonts w:asciiTheme="minorHAnsi" w:hAnsiTheme="minorHAnsi"/>
                <w:b/>
                <w:bCs/>
                <w:sz w:val="22"/>
                <w:highlight w:val="lightGray"/>
              </w:rPr>
            </w:pPr>
            <w:r w:rsidRPr="005D213A">
              <w:rPr>
                <w:rFonts w:asciiTheme="minorHAnsi" w:hAnsiTheme="minorHAnsi"/>
                <w:b/>
                <w:bCs/>
                <w:sz w:val="22"/>
                <w:highlight w:val="lightGray"/>
              </w:rPr>
              <w:t>Category Total</w:t>
            </w:r>
          </w:p>
        </w:tc>
      </w:tr>
      <w:tr w:rsidR="00AC7EFD" w14:paraId="7515D251" w14:textId="77777777">
        <w:trPr>
          <w:cantSplit/>
          <w:jc w:val="center"/>
        </w:trPr>
        <w:tc>
          <w:tcPr>
            <w:tcW w:w="3240" w:type="dxa"/>
            <w:tcMar>
              <w:top w:w="35" w:type="dxa"/>
              <w:left w:w="35" w:type="dxa"/>
              <w:bottom w:w="35" w:type="dxa"/>
              <w:right w:w="35" w:type="dxa"/>
            </w:tcMar>
            <w:vAlign w:val="center"/>
          </w:tcPr>
          <w:p w14:paraId="2BB62C7A" w14:textId="77777777" w:rsidR="00AC7EFD" w:rsidRPr="00021C8A" w:rsidRDefault="00000D7B" w:rsidP="00021C8A">
            <w:pPr>
              <w:rPr>
                <w:rFonts w:asciiTheme="minorHAnsi" w:hAnsiTheme="minorHAnsi"/>
                <w:sz w:val="22"/>
              </w:rPr>
            </w:pPr>
            <w:r w:rsidRPr="00021C8A">
              <w:rPr>
                <w:rFonts w:asciiTheme="minorHAnsi" w:hAnsiTheme="minorHAnsi"/>
                <w:sz w:val="22"/>
              </w:rPr>
              <w:t>PI</w:t>
            </w:r>
          </w:p>
        </w:tc>
        <w:tc>
          <w:tcPr>
            <w:tcW w:w="1728" w:type="dxa"/>
            <w:tcMar>
              <w:top w:w="35" w:type="dxa"/>
              <w:left w:w="35" w:type="dxa"/>
              <w:bottom w:w="35" w:type="dxa"/>
              <w:right w:w="35" w:type="dxa"/>
            </w:tcMar>
            <w:vAlign w:val="center"/>
          </w:tcPr>
          <w:p w14:paraId="06D5110D" w14:textId="77777777" w:rsidR="00AC7EFD" w:rsidRPr="00021C8A" w:rsidRDefault="00000D7B">
            <w:pPr>
              <w:spacing w:line="228" w:lineRule="auto"/>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36FBD333" w14:textId="77777777" w:rsidR="00AC7EFD" w:rsidRPr="00021C8A" w:rsidRDefault="00000D7B">
            <w:pPr>
              <w:spacing w:line="228" w:lineRule="auto"/>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75E21D32" w14:textId="77777777" w:rsidR="00AC7EFD" w:rsidRPr="00021C8A" w:rsidRDefault="00000D7B">
            <w:pPr>
              <w:spacing w:line="228" w:lineRule="auto"/>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7E8706EA" w14:textId="77777777" w:rsidR="00AC7EFD" w:rsidRPr="00021C8A" w:rsidRDefault="00000D7B">
            <w:pPr>
              <w:spacing w:line="228" w:lineRule="auto"/>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1D2133AC" w14:textId="77777777" w:rsidR="00AC7EFD" w:rsidRPr="00021C8A" w:rsidRDefault="00000D7B">
            <w:pPr>
              <w:spacing w:line="228" w:lineRule="auto"/>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1DC82048" w14:textId="77777777" w:rsidR="00AC7EFD" w:rsidRPr="00021C8A" w:rsidRDefault="00000D7B">
            <w:pPr>
              <w:spacing w:line="228" w:lineRule="auto"/>
              <w:rPr>
                <w:rFonts w:asciiTheme="minorHAnsi" w:hAnsiTheme="minorHAnsi"/>
                <w:sz w:val="22"/>
              </w:rPr>
            </w:pPr>
            <w:r w:rsidRPr="00021C8A">
              <w:rPr>
                <w:rFonts w:asciiTheme="minorHAnsi" w:hAnsiTheme="minorHAnsi"/>
                <w:sz w:val="22"/>
              </w:rPr>
              <w:t>[$]</w:t>
            </w:r>
          </w:p>
        </w:tc>
        <w:tc>
          <w:tcPr>
            <w:tcW w:w="3312" w:type="dxa"/>
            <w:tcMar>
              <w:top w:w="35" w:type="dxa"/>
              <w:left w:w="35" w:type="dxa"/>
              <w:bottom w:w="35" w:type="dxa"/>
              <w:right w:w="35" w:type="dxa"/>
            </w:tcMar>
            <w:vAlign w:val="center"/>
          </w:tcPr>
          <w:p w14:paraId="218B38FC" w14:textId="77777777" w:rsidR="00AC7EFD" w:rsidRPr="00021C8A" w:rsidRDefault="00000D7B">
            <w:pPr>
              <w:spacing w:line="228" w:lineRule="auto"/>
              <w:rPr>
                <w:rFonts w:asciiTheme="minorHAnsi" w:hAnsiTheme="minorHAnsi"/>
                <w:sz w:val="22"/>
              </w:rPr>
            </w:pPr>
            <w:r w:rsidRPr="00021C8A">
              <w:rPr>
                <w:rFonts w:asciiTheme="minorHAnsi" w:hAnsiTheme="minorHAnsi"/>
                <w:sz w:val="22"/>
              </w:rPr>
              <w:t>[$]</w:t>
            </w:r>
          </w:p>
        </w:tc>
      </w:tr>
      <w:tr w:rsidR="00AC7EFD" w14:paraId="7A9EE342" w14:textId="77777777">
        <w:trPr>
          <w:cantSplit/>
          <w:jc w:val="center"/>
        </w:trPr>
        <w:tc>
          <w:tcPr>
            <w:tcW w:w="3240" w:type="dxa"/>
            <w:tcMar>
              <w:top w:w="35" w:type="dxa"/>
              <w:left w:w="35" w:type="dxa"/>
              <w:bottom w:w="35" w:type="dxa"/>
              <w:right w:w="35" w:type="dxa"/>
            </w:tcMar>
            <w:vAlign w:val="center"/>
          </w:tcPr>
          <w:p w14:paraId="61326529" w14:textId="77777777" w:rsidR="00AC7EFD" w:rsidRPr="00021C8A" w:rsidRDefault="00000D7B" w:rsidP="00021C8A">
            <w:pPr>
              <w:rPr>
                <w:rFonts w:asciiTheme="minorHAnsi" w:hAnsiTheme="minorHAnsi"/>
                <w:sz w:val="22"/>
              </w:rPr>
            </w:pPr>
            <w:r w:rsidRPr="00021C8A">
              <w:rPr>
                <w:rFonts w:asciiTheme="minorHAnsi" w:hAnsiTheme="minorHAnsi"/>
                <w:sz w:val="22"/>
              </w:rPr>
              <w:lastRenderedPageBreak/>
              <w:t>Co-PI</w:t>
            </w:r>
          </w:p>
        </w:tc>
        <w:tc>
          <w:tcPr>
            <w:tcW w:w="1728" w:type="dxa"/>
            <w:tcMar>
              <w:top w:w="35" w:type="dxa"/>
              <w:left w:w="35" w:type="dxa"/>
              <w:bottom w:w="35" w:type="dxa"/>
              <w:right w:w="35" w:type="dxa"/>
            </w:tcMar>
            <w:vAlign w:val="center"/>
          </w:tcPr>
          <w:p w14:paraId="655FB9EC" w14:textId="77777777" w:rsidR="00AC7EFD" w:rsidRPr="00021C8A" w:rsidRDefault="00000D7B" w:rsidP="00021C8A">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246C7F62" w14:textId="77777777" w:rsidR="00AC7EFD" w:rsidRPr="00021C8A" w:rsidRDefault="00000D7B" w:rsidP="00021C8A">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715F949C" w14:textId="77777777" w:rsidR="00AC7EFD" w:rsidRPr="00021C8A" w:rsidRDefault="00000D7B" w:rsidP="00021C8A">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7AD525D8" w14:textId="77777777" w:rsidR="00AC7EFD" w:rsidRPr="00021C8A" w:rsidRDefault="00000D7B" w:rsidP="00021C8A">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5E19D55D" w14:textId="77777777" w:rsidR="00AC7EFD" w:rsidRPr="00021C8A" w:rsidRDefault="00000D7B" w:rsidP="00021C8A">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201B4168" w14:textId="77777777" w:rsidR="00AC7EFD" w:rsidRPr="00021C8A" w:rsidRDefault="00000D7B" w:rsidP="00021C8A">
            <w:pPr>
              <w:rPr>
                <w:rFonts w:asciiTheme="minorHAnsi" w:hAnsiTheme="minorHAnsi"/>
                <w:sz w:val="22"/>
              </w:rPr>
            </w:pPr>
            <w:r w:rsidRPr="00021C8A">
              <w:rPr>
                <w:rFonts w:asciiTheme="minorHAnsi" w:hAnsiTheme="minorHAnsi"/>
                <w:sz w:val="22"/>
              </w:rPr>
              <w:t>[$]</w:t>
            </w:r>
          </w:p>
        </w:tc>
        <w:tc>
          <w:tcPr>
            <w:tcW w:w="3312" w:type="dxa"/>
            <w:tcMar>
              <w:top w:w="35" w:type="dxa"/>
              <w:left w:w="35" w:type="dxa"/>
              <w:bottom w:w="35" w:type="dxa"/>
              <w:right w:w="35" w:type="dxa"/>
            </w:tcMar>
            <w:vAlign w:val="center"/>
          </w:tcPr>
          <w:p w14:paraId="50A8E67B" w14:textId="77777777" w:rsidR="00AC7EFD" w:rsidRPr="00021C8A" w:rsidRDefault="00000D7B" w:rsidP="00021C8A">
            <w:pPr>
              <w:rPr>
                <w:rFonts w:asciiTheme="minorHAnsi" w:hAnsiTheme="minorHAnsi"/>
                <w:sz w:val="22"/>
              </w:rPr>
            </w:pPr>
            <w:r w:rsidRPr="00021C8A">
              <w:rPr>
                <w:rFonts w:asciiTheme="minorHAnsi" w:hAnsiTheme="minorHAnsi"/>
                <w:sz w:val="22"/>
              </w:rPr>
              <w:t>[$]</w:t>
            </w:r>
          </w:p>
        </w:tc>
      </w:tr>
      <w:tr w:rsidR="00AC7EFD" w14:paraId="0D8AD6F8" w14:textId="77777777">
        <w:trPr>
          <w:cantSplit/>
          <w:jc w:val="center"/>
        </w:trPr>
        <w:tc>
          <w:tcPr>
            <w:tcW w:w="3240" w:type="dxa"/>
            <w:tcMar>
              <w:top w:w="35" w:type="dxa"/>
              <w:left w:w="35" w:type="dxa"/>
              <w:bottom w:w="35" w:type="dxa"/>
              <w:right w:w="35" w:type="dxa"/>
            </w:tcMar>
            <w:vAlign w:val="center"/>
          </w:tcPr>
          <w:p w14:paraId="3C814E5E" w14:textId="77777777" w:rsidR="00AC7EFD" w:rsidRPr="00021C8A" w:rsidRDefault="00000D7B" w:rsidP="00021C8A">
            <w:pPr>
              <w:rPr>
                <w:rFonts w:asciiTheme="minorHAnsi" w:hAnsiTheme="minorHAnsi"/>
                <w:sz w:val="22"/>
              </w:rPr>
            </w:pPr>
            <w:r w:rsidRPr="00021C8A">
              <w:rPr>
                <w:rFonts w:asciiTheme="minorHAnsi" w:hAnsiTheme="minorHAnsi"/>
                <w:sz w:val="22"/>
              </w:rPr>
              <w:t>Senior Personnel</w:t>
            </w:r>
          </w:p>
        </w:tc>
        <w:tc>
          <w:tcPr>
            <w:tcW w:w="1728" w:type="dxa"/>
            <w:tcMar>
              <w:top w:w="35" w:type="dxa"/>
              <w:left w:w="35" w:type="dxa"/>
              <w:bottom w:w="35" w:type="dxa"/>
              <w:right w:w="35" w:type="dxa"/>
            </w:tcMar>
            <w:vAlign w:val="center"/>
          </w:tcPr>
          <w:p w14:paraId="47A83B7F" w14:textId="77777777" w:rsidR="00AC7EFD" w:rsidRPr="00021C8A" w:rsidRDefault="00000D7B" w:rsidP="00021C8A">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1BFF5EB1" w14:textId="77777777" w:rsidR="00AC7EFD" w:rsidRPr="00021C8A" w:rsidRDefault="00000D7B" w:rsidP="00021C8A">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2EE060D4" w14:textId="77777777" w:rsidR="00AC7EFD" w:rsidRPr="00021C8A" w:rsidRDefault="00000D7B" w:rsidP="00021C8A">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70EF6527" w14:textId="77777777" w:rsidR="00AC7EFD" w:rsidRPr="00021C8A" w:rsidRDefault="00000D7B" w:rsidP="00021C8A">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2B087597" w14:textId="77777777" w:rsidR="00AC7EFD" w:rsidRPr="00021C8A" w:rsidRDefault="00000D7B" w:rsidP="00021C8A">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7E93F566" w14:textId="77777777" w:rsidR="00AC7EFD" w:rsidRPr="00021C8A" w:rsidRDefault="00000D7B" w:rsidP="00021C8A">
            <w:pPr>
              <w:rPr>
                <w:rFonts w:asciiTheme="minorHAnsi" w:hAnsiTheme="minorHAnsi"/>
                <w:sz w:val="22"/>
              </w:rPr>
            </w:pPr>
            <w:r w:rsidRPr="00021C8A">
              <w:rPr>
                <w:rFonts w:asciiTheme="minorHAnsi" w:hAnsiTheme="minorHAnsi"/>
                <w:sz w:val="22"/>
              </w:rPr>
              <w:t>[$]</w:t>
            </w:r>
          </w:p>
        </w:tc>
        <w:tc>
          <w:tcPr>
            <w:tcW w:w="3312" w:type="dxa"/>
            <w:tcMar>
              <w:top w:w="35" w:type="dxa"/>
              <w:left w:w="35" w:type="dxa"/>
              <w:bottom w:w="35" w:type="dxa"/>
              <w:right w:w="35" w:type="dxa"/>
            </w:tcMar>
            <w:vAlign w:val="center"/>
          </w:tcPr>
          <w:p w14:paraId="0D3A3834" w14:textId="77777777" w:rsidR="00AC7EFD" w:rsidRPr="00021C8A" w:rsidRDefault="00000D7B" w:rsidP="00021C8A">
            <w:pPr>
              <w:rPr>
                <w:rFonts w:asciiTheme="minorHAnsi" w:hAnsiTheme="minorHAnsi"/>
                <w:sz w:val="22"/>
              </w:rPr>
            </w:pPr>
            <w:r w:rsidRPr="00021C8A">
              <w:rPr>
                <w:rFonts w:asciiTheme="minorHAnsi" w:hAnsiTheme="minorHAnsi"/>
                <w:sz w:val="22"/>
              </w:rPr>
              <w:t>[$]</w:t>
            </w:r>
          </w:p>
        </w:tc>
      </w:tr>
      <w:tr w:rsidR="00AC7EFD" w14:paraId="43993461" w14:textId="77777777">
        <w:trPr>
          <w:cantSplit/>
          <w:jc w:val="center"/>
        </w:trPr>
        <w:tc>
          <w:tcPr>
            <w:tcW w:w="3240" w:type="dxa"/>
            <w:tcMar>
              <w:top w:w="35" w:type="dxa"/>
              <w:left w:w="35" w:type="dxa"/>
              <w:bottom w:w="35" w:type="dxa"/>
              <w:right w:w="35" w:type="dxa"/>
            </w:tcMar>
            <w:vAlign w:val="center"/>
          </w:tcPr>
          <w:p w14:paraId="2265A4CA" w14:textId="77777777" w:rsidR="00862576" w:rsidRDefault="00F219E5">
            <w:r w:rsidRPr="00E571F3">
              <w:rPr>
                <w:rFonts w:asciiTheme="minorHAnsi" w:hAnsiTheme="minorHAnsi"/>
                <w:sz w:val="22"/>
              </w:rPr>
              <w:t>Additional Project Personnel</w:t>
            </w:r>
          </w:p>
        </w:tc>
        <w:tc>
          <w:tcPr>
            <w:tcW w:w="1728" w:type="dxa"/>
            <w:tcMar>
              <w:top w:w="35" w:type="dxa"/>
              <w:left w:w="35" w:type="dxa"/>
              <w:bottom w:w="35" w:type="dxa"/>
              <w:right w:w="35" w:type="dxa"/>
            </w:tcMar>
            <w:vAlign w:val="center"/>
          </w:tcPr>
          <w:p w14:paraId="306F91CE" w14:textId="77777777" w:rsidR="00AC7EFD" w:rsidRPr="00021C8A" w:rsidRDefault="00000D7B" w:rsidP="00021C8A">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43395D0F" w14:textId="77777777" w:rsidR="00AC7EFD" w:rsidRPr="00021C8A" w:rsidRDefault="00000D7B" w:rsidP="00021C8A">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0AB3DE65" w14:textId="77777777" w:rsidR="00AC7EFD" w:rsidRPr="00021C8A" w:rsidRDefault="00000D7B" w:rsidP="00021C8A">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31678948" w14:textId="77777777" w:rsidR="00AC7EFD" w:rsidRPr="00021C8A" w:rsidRDefault="00000D7B" w:rsidP="00021C8A">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6C0A58A9" w14:textId="77777777" w:rsidR="00AC7EFD" w:rsidRPr="00021C8A" w:rsidRDefault="00000D7B" w:rsidP="00021C8A">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63F82C80" w14:textId="77777777" w:rsidR="00AC7EFD" w:rsidRPr="00021C8A" w:rsidRDefault="00000D7B" w:rsidP="00021C8A">
            <w:pPr>
              <w:rPr>
                <w:rFonts w:asciiTheme="minorHAnsi" w:hAnsiTheme="minorHAnsi"/>
                <w:sz w:val="22"/>
              </w:rPr>
            </w:pPr>
            <w:r w:rsidRPr="00021C8A">
              <w:rPr>
                <w:rFonts w:asciiTheme="minorHAnsi" w:hAnsiTheme="minorHAnsi"/>
                <w:sz w:val="22"/>
              </w:rPr>
              <w:t>[$]</w:t>
            </w:r>
          </w:p>
        </w:tc>
        <w:tc>
          <w:tcPr>
            <w:tcW w:w="3312" w:type="dxa"/>
            <w:tcMar>
              <w:top w:w="35" w:type="dxa"/>
              <w:left w:w="35" w:type="dxa"/>
              <w:bottom w:w="35" w:type="dxa"/>
              <w:right w:w="35" w:type="dxa"/>
            </w:tcMar>
            <w:vAlign w:val="center"/>
          </w:tcPr>
          <w:p w14:paraId="42D013ED" w14:textId="77777777" w:rsidR="00AC7EFD" w:rsidRPr="00021C8A" w:rsidRDefault="00000D7B" w:rsidP="00021C8A">
            <w:pPr>
              <w:rPr>
                <w:rFonts w:asciiTheme="minorHAnsi" w:hAnsiTheme="minorHAnsi"/>
                <w:sz w:val="22"/>
              </w:rPr>
            </w:pPr>
            <w:r w:rsidRPr="00021C8A">
              <w:rPr>
                <w:rFonts w:asciiTheme="minorHAnsi" w:hAnsiTheme="minorHAnsi"/>
                <w:sz w:val="22"/>
              </w:rPr>
              <w:t>[$]</w:t>
            </w:r>
          </w:p>
        </w:tc>
      </w:tr>
      <w:tr w:rsidR="00AC7EFD" w14:paraId="1EDA3BB5" w14:textId="77777777">
        <w:trPr>
          <w:cantSplit/>
          <w:jc w:val="center"/>
        </w:trPr>
        <w:tc>
          <w:tcPr>
            <w:tcW w:w="3240" w:type="dxa"/>
            <w:shd w:val="clear" w:color="auto" w:fill="E7E6E6"/>
            <w:tcMar>
              <w:top w:w="35" w:type="dxa"/>
              <w:left w:w="35" w:type="dxa"/>
              <w:bottom w:w="35" w:type="dxa"/>
              <w:right w:w="35" w:type="dxa"/>
            </w:tcMar>
            <w:vAlign w:val="center"/>
          </w:tcPr>
          <w:p w14:paraId="677B3970" w14:textId="77777777" w:rsidR="00AC7EFD" w:rsidRPr="00021C8A" w:rsidRDefault="00000D7B">
            <w:pPr>
              <w:spacing w:line="228" w:lineRule="auto"/>
              <w:rPr>
                <w:rFonts w:asciiTheme="minorHAnsi" w:hAnsiTheme="minorHAnsi"/>
                <w:sz w:val="22"/>
                <w:szCs w:val="32"/>
              </w:rPr>
            </w:pPr>
            <w:r w:rsidRPr="00021C8A">
              <w:rPr>
                <w:rFonts w:asciiTheme="minorHAnsi" w:hAnsiTheme="minorHAnsi"/>
                <w:b/>
                <w:sz w:val="22"/>
                <w:szCs w:val="32"/>
              </w:rPr>
              <w:t>TOTAL FRINGE BENEFITS</w:t>
            </w:r>
          </w:p>
        </w:tc>
        <w:tc>
          <w:tcPr>
            <w:tcW w:w="1728" w:type="dxa"/>
            <w:shd w:val="clear" w:color="auto" w:fill="E7E6E6"/>
            <w:tcMar>
              <w:top w:w="35" w:type="dxa"/>
              <w:left w:w="35" w:type="dxa"/>
              <w:bottom w:w="35" w:type="dxa"/>
              <w:right w:w="35" w:type="dxa"/>
            </w:tcMar>
            <w:vAlign w:val="center"/>
          </w:tcPr>
          <w:p w14:paraId="7D577379" w14:textId="77777777" w:rsidR="00AC7EFD" w:rsidRPr="00021C8A" w:rsidRDefault="00AC7EFD">
            <w:pPr>
              <w:spacing w:line="228" w:lineRule="auto"/>
              <w:rPr>
                <w:rFonts w:asciiTheme="minorHAnsi" w:hAnsiTheme="minorHAnsi"/>
                <w:sz w:val="22"/>
                <w:szCs w:val="32"/>
              </w:rPr>
            </w:pPr>
          </w:p>
        </w:tc>
        <w:tc>
          <w:tcPr>
            <w:tcW w:w="1224" w:type="dxa"/>
            <w:shd w:val="clear" w:color="auto" w:fill="E7E6E6"/>
            <w:tcMar>
              <w:top w:w="35" w:type="dxa"/>
              <w:left w:w="35" w:type="dxa"/>
              <w:bottom w:w="35" w:type="dxa"/>
              <w:right w:w="35" w:type="dxa"/>
            </w:tcMar>
            <w:vAlign w:val="center"/>
          </w:tcPr>
          <w:p w14:paraId="1EF5D77B" w14:textId="77777777" w:rsidR="00AC7EFD" w:rsidRPr="00021C8A" w:rsidRDefault="00000D7B">
            <w:pPr>
              <w:spacing w:line="228" w:lineRule="auto"/>
              <w:rPr>
                <w:rFonts w:asciiTheme="minorHAnsi" w:hAnsiTheme="minorHAnsi"/>
                <w:sz w:val="22"/>
                <w:szCs w:val="32"/>
              </w:rPr>
            </w:pPr>
            <w:r w:rsidRPr="00021C8A">
              <w:rPr>
                <w:rFonts w:asciiTheme="minorHAnsi" w:hAnsiTheme="minorHAnsi"/>
                <w:b/>
                <w:sz w:val="22"/>
                <w:szCs w:val="32"/>
              </w:rPr>
              <w:t>[$]</w:t>
            </w:r>
          </w:p>
        </w:tc>
        <w:tc>
          <w:tcPr>
            <w:tcW w:w="1224" w:type="dxa"/>
            <w:shd w:val="clear" w:color="auto" w:fill="E7E6E6"/>
            <w:tcMar>
              <w:top w:w="35" w:type="dxa"/>
              <w:left w:w="35" w:type="dxa"/>
              <w:bottom w:w="35" w:type="dxa"/>
              <w:right w:w="35" w:type="dxa"/>
            </w:tcMar>
            <w:vAlign w:val="center"/>
          </w:tcPr>
          <w:p w14:paraId="58583A29" w14:textId="77777777" w:rsidR="00AC7EFD" w:rsidRPr="00021C8A" w:rsidRDefault="00000D7B">
            <w:pPr>
              <w:spacing w:line="228" w:lineRule="auto"/>
              <w:rPr>
                <w:rFonts w:asciiTheme="minorHAnsi" w:hAnsiTheme="minorHAnsi"/>
                <w:sz w:val="22"/>
                <w:szCs w:val="32"/>
              </w:rPr>
            </w:pPr>
            <w:r w:rsidRPr="00021C8A">
              <w:rPr>
                <w:rFonts w:asciiTheme="minorHAnsi" w:hAnsiTheme="minorHAnsi"/>
                <w:b/>
                <w:sz w:val="22"/>
                <w:szCs w:val="32"/>
              </w:rPr>
              <w:t>[$]</w:t>
            </w:r>
          </w:p>
        </w:tc>
        <w:tc>
          <w:tcPr>
            <w:tcW w:w="1224" w:type="dxa"/>
            <w:shd w:val="clear" w:color="auto" w:fill="E7E6E6"/>
            <w:tcMar>
              <w:top w:w="35" w:type="dxa"/>
              <w:left w:w="35" w:type="dxa"/>
              <w:bottom w:w="35" w:type="dxa"/>
              <w:right w:w="35" w:type="dxa"/>
            </w:tcMar>
            <w:vAlign w:val="center"/>
          </w:tcPr>
          <w:p w14:paraId="4BBC24BD" w14:textId="77777777" w:rsidR="00AC7EFD" w:rsidRPr="00021C8A" w:rsidRDefault="00000D7B">
            <w:pPr>
              <w:spacing w:line="228" w:lineRule="auto"/>
              <w:rPr>
                <w:rFonts w:asciiTheme="minorHAnsi" w:hAnsiTheme="minorHAnsi"/>
                <w:sz w:val="22"/>
                <w:szCs w:val="32"/>
              </w:rPr>
            </w:pPr>
            <w:r w:rsidRPr="00021C8A">
              <w:rPr>
                <w:rFonts w:asciiTheme="minorHAnsi" w:hAnsiTheme="minorHAnsi"/>
                <w:b/>
                <w:sz w:val="22"/>
                <w:szCs w:val="32"/>
              </w:rPr>
              <w:t>[$]</w:t>
            </w:r>
          </w:p>
        </w:tc>
        <w:tc>
          <w:tcPr>
            <w:tcW w:w="1224" w:type="dxa"/>
            <w:shd w:val="clear" w:color="auto" w:fill="E7E6E6"/>
            <w:tcMar>
              <w:top w:w="35" w:type="dxa"/>
              <w:left w:w="35" w:type="dxa"/>
              <w:bottom w:w="35" w:type="dxa"/>
              <w:right w:w="35" w:type="dxa"/>
            </w:tcMar>
            <w:vAlign w:val="center"/>
          </w:tcPr>
          <w:p w14:paraId="0BDA4B71" w14:textId="77777777" w:rsidR="00AC7EFD" w:rsidRPr="00021C8A" w:rsidRDefault="00000D7B">
            <w:pPr>
              <w:spacing w:line="228" w:lineRule="auto"/>
              <w:rPr>
                <w:rFonts w:asciiTheme="minorHAnsi" w:hAnsiTheme="minorHAnsi"/>
                <w:sz w:val="22"/>
                <w:szCs w:val="32"/>
              </w:rPr>
            </w:pPr>
            <w:r w:rsidRPr="00021C8A">
              <w:rPr>
                <w:rFonts w:asciiTheme="minorHAnsi" w:hAnsiTheme="minorHAnsi"/>
                <w:b/>
                <w:sz w:val="22"/>
                <w:szCs w:val="32"/>
              </w:rPr>
              <w:t>[$]</w:t>
            </w:r>
          </w:p>
        </w:tc>
        <w:tc>
          <w:tcPr>
            <w:tcW w:w="1224" w:type="dxa"/>
            <w:shd w:val="clear" w:color="auto" w:fill="E7E6E6"/>
            <w:tcMar>
              <w:top w:w="35" w:type="dxa"/>
              <w:left w:w="35" w:type="dxa"/>
              <w:bottom w:w="35" w:type="dxa"/>
              <w:right w:w="35" w:type="dxa"/>
            </w:tcMar>
            <w:vAlign w:val="center"/>
          </w:tcPr>
          <w:p w14:paraId="508CED4A" w14:textId="77777777" w:rsidR="00AC7EFD" w:rsidRPr="00021C8A" w:rsidRDefault="00000D7B">
            <w:pPr>
              <w:spacing w:line="228" w:lineRule="auto"/>
              <w:rPr>
                <w:rFonts w:asciiTheme="minorHAnsi" w:hAnsiTheme="minorHAnsi"/>
                <w:sz w:val="22"/>
                <w:szCs w:val="32"/>
              </w:rPr>
            </w:pPr>
            <w:r w:rsidRPr="00021C8A">
              <w:rPr>
                <w:rFonts w:asciiTheme="minorHAnsi" w:hAnsiTheme="minorHAnsi"/>
                <w:b/>
                <w:sz w:val="22"/>
                <w:szCs w:val="32"/>
              </w:rPr>
              <w:t>[$]</w:t>
            </w:r>
          </w:p>
        </w:tc>
        <w:tc>
          <w:tcPr>
            <w:tcW w:w="3312" w:type="dxa"/>
            <w:shd w:val="clear" w:color="auto" w:fill="E7E6E6"/>
            <w:tcMar>
              <w:top w:w="35" w:type="dxa"/>
              <w:left w:w="35" w:type="dxa"/>
              <w:bottom w:w="35" w:type="dxa"/>
              <w:right w:w="35" w:type="dxa"/>
            </w:tcMar>
            <w:vAlign w:val="center"/>
          </w:tcPr>
          <w:p w14:paraId="49781569" w14:textId="77777777" w:rsidR="00AC7EFD" w:rsidRPr="00021C8A" w:rsidRDefault="00000D7B">
            <w:pPr>
              <w:spacing w:line="228" w:lineRule="auto"/>
              <w:rPr>
                <w:rFonts w:asciiTheme="minorHAnsi" w:hAnsiTheme="minorHAnsi"/>
                <w:sz w:val="22"/>
                <w:szCs w:val="32"/>
              </w:rPr>
            </w:pPr>
            <w:r w:rsidRPr="00021C8A">
              <w:rPr>
                <w:rFonts w:asciiTheme="minorHAnsi" w:hAnsiTheme="minorHAnsi"/>
                <w:b/>
                <w:sz w:val="22"/>
                <w:szCs w:val="32"/>
              </w:rPr>
              <w:t>[$]</w:t>
            </w:r>
          </w:p>
        </w:tc>
      </w:tr>
    </w:tbl>
    <w:p w14:paraId="23DA15F4" w14:textId="77777777" w:rsidR="00AE7EFF" w:rsidRPr="005D213A" w:rsidRDefault="00AE7EFF" w:rsidP="00AE7EFF">
      <w:pPr>
        <w:spacing w:before="240" w:after="60"/>
        <w:rPr>
          <w:rFonts w:asciiTheme="minorHAnsi" w:hAnsiTheme="minorHAnsi"/>
          <w:b/>
          <w:sz w:val="22"/>
        </w:rPr>
      </w:pPr>
      <w:r w:rsidRPr="00E571F3">
        <w:rPr>
          <w:rFonts w:asciiTheme="minorHAnsi" w:hAnsiTheme="minorHAnsi"/>
          <w:b/>
          <w:sz w:val="22"/>
        </w:rPr>
        <w:t>Travel</w:t>
      </w:r>
    </w:p>
    <w:tbl>
      <w:tblPr>
        <w:tblStyle w:val="TableGrid"/>
        <w:tblW w:w="14400" w:type="dxa"/>
        <w:jc w:val="center"/>
        <w:tblLayout w:type="fixed"/>
        <w:tblLook w:val="04A0" w:firstRow="1" w:lastRow="0" w:firstColumn="1" w:lastColumn="0" w:noHBand="0" w:noVBand="1"/>
      </w:tblPr>
      <w:tblGrid>
        <w:gridCol w:w="6120"/>
        <w:gridCol w:w="1224"/>
        <w:gridCol w:w="1224"/>
        <w:gridCol w:w="1224"/>
        <w:gridCol w:w="1224"/>
        <w:gridCol w:w="1224"/>
        <w:gridCol w:w="2160"/>
      </w:tblGrid>
      <w:tr w:rsidR="00AE7EFF" w:rsidRPr="008E44F8" w14:paraId="27D237E3" w14:textId="77777777" w:rsidTr="00423602">
        <w:trPr>
          <w:cantSplit/>
          <w:jc w:val="center"/>
        </w:trPr>
        <w:tc>
          <w:tcPr>
            <w:tcW w:w="6120" w:type="dxa"/>
            <w:shd w:val="clear" w:color="auto" w:fill="D9D9D9" w:themeFill="background1" w:themeFillShade="D9"/>
            <w:tcMar>
              <w:top w:w="35" w:type="dxa"/>
              <w:left w:w="35" w:type="dxa"/>
              <w:bottom w:w="35" w:type="dxa"/>
              <w:right w:w="35" w:type="dxa"/>
            </w:tcMar>
            <w:vAlign w:val="center"/>
          </w:tcPr>
          <w:p w14:paraId="0088FB99" w14:textId="77777777" w:rsidR="00AE7EFF" w:rsidRPr="008E44F8" w:rsidRDefault="00AE7EFF" w:rsidP="00423602">
            <w:pPr>
              <w:rPr>
                <w:rFonts w:asciiTheme="minorHAnsi" w:hAnsiTheme="minorHAnsi"/>
                <w:b/>
                <w:bCs/>
                <w:sz w:val="22"/>
                <w:highlight w:val="lightGray"/>
              </w:rPr>
            </w:pPr>
            <w:r w:rsidRPr="008E44F8">
              <w:rPr>
                <w:rFonts w:asciiTheme="minorHAnsi" w:hAnsiTheme="minorHAnsi"/>
                <w:b/>
                <w:bCs/>
                <w:sz w:val="22"/>
                <w:highlight w:val="lightGray"/>
              </w:rPr>
              <w:t>Budget Line Item / Description</w:t>
            </w:r>
          </w:p>
        </w:tc>
        <w:tc>
          <w:tcPr>
            <w:tcW w:w="1224" w:type="dxa"/>
            <w:shd w:val="clear" w:color="auto" w:fill="D9D9D9" w:themeFill="background1" w:themeFillShade="D9"/>
            <w:tcMar>
              <w:top w:w="35" w:type="dxa"/>
              <w:left w:w="35" w:type="dxa"/>
              <w:bottom w:w="35" w:type="dxa"/>
              <w:right w:w="35" w:type="dxa"/>
            </w:tcMar>
            <w:vAlign w:val="center"/>
          </w:tcPr>
          <w:p w14:paraId="2228DAC6" w14:textId="77777777" w:rsidR="00AE7EFF" w:rsidRPr="008E44F8" w:rsidRDefault="00AE7EFF" w:rsidP="00423602">
            <w:pPr>
              <w:rPr>
                <w:rFonts w:asciiTheme="minorHAnsi" w:hAnsiTheme="minorHAnsi"/>
                <w:b/>
                <w:bCs/>
                <w:sz w:val="22"/>
                <w:highlight w:val="lightGray"/>
              </w:rPr>
            </w:pPr>
            <w:r w:rsidRPr="008E44F8">
              <w:rPr>
                <w:rFonts w:asciiTheme="minorHAnsi" w:hAnsiTheme="minorHAnsi"/>
                <w:b/>
                <w:bCs/>
                <w:sz w:val="22"/>
                <w:highlight w:val="lightGray"/>
              </w:rPr>
              <w:t>Year 1</w:t>
            </w:r>
          </w:p>
        </w:tc>
        <w:tc>
          <w:tcPr>
            <w:tcW w:w="1224" w:type="dxa"/>
            <w:shd w:val="clear" w:color="auto" w:fill="D9D9D9" w:themeFill="background1" w:themeFillShade="D9"/>
            <w:tcMar>
              <w:top w:w="35" w:type="dxa"/>
              <w:left w:w="35" w:type="dxa"/>
              <w:bottom w:w="35" w:type="dxa"/>
              <w:right w:w="35" w:type="dxa"/>
            </w:tcMar>
            <w:vAlign w:val="center"/>
          </w:tcPr>
          <w:p w14:paraId="145DAEA2" w14:textId="77777777" w:rsidR="00AE7EFF" w:rsidRPr="008E44F8" w:rsidRDefault="00AE7EFF" w:rsidP="00423602">
            <w:pPr>
              <w:rPr>
                <w:rFonts w:asciiTheme="minorHAnsi" w:hAnsiTheme="minorHAnsi"/>
                <w:b/>
                <w:bCs/>
                <w:sz w:val="22"/>
                <w:highlight w:val="lightGray"/>
              </w:rPr>
            </w:pPr>
            <w:r w:rsidRPr="008E44F8">
              <w:rPr>
                <w:rFonts w:asciiTheme="minorHAnsi" w:hAnsiTheme="minorHAnsi"/>
                <w:b/>
                <w:bCs/>
                <w:sz w:val="22"/>
                <w:highlight w:val="lightGray"/>
              </w:rPr>
              <w:t>Year 2</w:t>
            </w:r>
          </w:p>
        </w:tc>
        <w:tc>
          <w:tcPr>
            <w:tcW w:w="1224" w:type="dxa"/>
            <w:shd w:val="clear" w:color="auto" w:fill="D9D9D9" w:themeFill="background1" w:themeFillShade="D9"/>
            <w:tcMar>
              <w:top w:w="35" w:type="dxa"/>
              <w:left w:w="35" w:type="dxa"/>
              <w:bottom w:w="35" w:type="dxa"/>
              <w:right w:w="35" w:type="dxa"/>
            </w:tcMar>
            <w:vAlign w:val="center"/>
          </w:tcPr>
          <w:p w14:paraId="69012D84" w14:textId="77777777" w:rsidR="00AE7EFF" w:rsidRPr="008E44F8" w:rsidRDefault="00AE7EFF" w:rsidP="00423602">
            <w:pPr>
              <w:rPr>
                <w:rFonts w:asciiTheme="minorHAnsi" w:hAnsiTheme="minorHAnsi"/>
                <w:b/>
                <w:bCs/>
                <w:sz w:val="22"/>
                <w:highlight w:val="lightGray"/>
              </w:rPr>
            </w:pPr>
            <w:r w:rsidRPr="008E44F8">
              <w:rPr>
                <w:rFonts w:asciiTheme="minorHAnsi" w:hAnsiTheme="minorHAnsi"/>
                <w:b/>
                <w:bCs/>
                <w:sz w:val="22"/>
                <w:highlight w:val="lightGray"/>
              </w:rPr>
              <w:t>Year 3</w:t>
            </w:r>
          </w:p>
        </w:tc>
        <w:tc>
          <w:tcPr>
            <w:tcW w:w="1224" w:type="dxa"/>
            <w:shd w:val="clear" w:color="auto" w:fill="D9D9D9" w:themeFill="background1" w:themeFillShade="D9"/>
            <w:tcMar>
              <w:top w:w="35" w:type="dxa"/>
              <w:left w:w="35" w:type="dxa"/>
              <w:bottom w:w="35" w:type="dxa"/>
              <w:right w:w="35" w:type="dxa"/>
            </w:tcMar>
            <w:vAlign w:val="center"/>
          </w:tcPr>
          <w:p w14:paraId="6D3C0D09" w14:textId="77777777" w:rsidR="00AE7EFF" w:rsidRPr="008E44F8" w:rsidRDefault="00AE7EFF" w:rsidP="00423602">
            <w:pPr>
              <w:rPr>
                <w:rFonts w:asciiTheme="minorHAnsi" w:hAnsiTheme="minorHAnsi"/>
                <w:b/>
                <w:bCs/>
                <w:sz w:val="22"/>
                <w:highlight w:val="lightGray"/>
              </w:rPr>
            </w:pPr>
            <w:r w:rsidRPr="008E44F8">
              <w:rPr>
                <w:rFonts w:asciiTheme="minorHAnsi" w:hAnsiTheme="minorHAnsi"/>
                <w:b/>
                <w:bCs/>
                <w:sz w:val="22"/>
                <w:highlight w:val="lightGray"/>
              </w:rPr>
              <w:t>Year 4</w:t>
            </w:r>
          </w:p>
        </w:tc>
        <w:tc>
          <w:tcPr>
            <w:tcW w:w="1224" w:type="dxa"/>
            <w:shd w:val="clear" w:color="auto" w:fill="D9D9D9" w:themeFill="background1" w:themeFillShade="D9"/>
            <w:tcMar>
              <w:top w:w="35" w:type="dxa"/>
              <w:left w:w="35" w:type="dxa"/>
              <w:bottom w:w="35" w:type="dxa"/>
              <w:right w:w="35" w:type="dxa"/>
            </w:tcMar>
            <w:vAlign w:val="center"/>
          </w:tcPr>
          <w:p w14:paraId="33CCFFF7" w14:textId="77777777" w:rsidR="00AE7EFF" w:rsidRPr="008E44F8" w:rsidRDefault="00AE7EFF" w:rsidP="00423602">
            <w:pPr>
              <w:rPr>
                <w:rFonts w:asciiTheme="minorHAnsi" w:hAnsiTheme="minorHAnsi"/>
                <w:b/>
                <w:bCs/>
                <w:sz w:val="22"/>
                <w:highlight w:val="lightGray"/>
              </w:rPr>
            </w:pPr>
            <w:r w:rsidRPr="008E44F8">
              <w:rPr>
                <w:rFonts w:asciiTheme="minorHAnsi" w:hAnsiTheme="minorHAnsi"/>
                <w:b/>
                <w:bCs/>
                <w:sz w:val="22"/>
                <w:highlight w:val="lightGray"/>
              </w:rPr>
              <w:t>Year 5</w:t>
            </w:r>
          </w:p>
        </w:tc>
        <w:tc>
          <w:tcPr>
            <w:tcW w:w="2160" w:type="dxa"/>
            <w:shd w:val="clear" w:color="auto" w:fill="D9D9D9" w:themeFill="background1" w:themeFillShade="D9"/>
            <w:tcMar>
              <w:top w:w="35" w:type="dxa"/>
              <w:left w:w="35" w:type="dxa"/>
              <w:bottom w:w="35" w:type="dxa"/>
              <w:right w:w="35" w:type="dxa"/>
            </w:tcMar>
            <w:vAlign w:val="center"/>
          </w:tcPr>
          <w:p w14:paraId="5A847D92" w14:textId="77777777" w:rsidR="00AE7EFF" w:rsidRPr="008E44F8" w:rsidRDefault="00AE7EFF" w:rsidP="00423602">
            <w:pPr>
              <w:rPr>
                <w:rFonts w:asciiTheme="minorHAnsi" w:hAnsiTheme="minorHAnsi"/>
                <w:b/>
                <w:bCs/>
                <w:sz w:val="22"/>
                <w:highlight w:val="lightGray"/>
              </w:rPr>
            </w:pPr>
            <w:r w:rsidRPr="008E44F8">
              <w:rPr>
                <w:rFonts w:asciiTheme="minorHAnsi" w:hAnsiTheme="minorHAnsi"/>
                <w:b/>
                <w:bCs/>
                <w:sz w:val="22"/>
                <w:highlight w:val="lightGray"/>
              </w:rPr>
              <w:t>Category Total</w:t>
            </w:r>
          </w:p>
        </w:tc>
      </w:tr>
      <w:tr w:rsidR="00AE7EFF" w:rsidRPr="00021C8A" w14:paraId="6F36B051" w14:textId="77777777" w:rsidTr="00423602">
        <w:trPr>
          <w:cantSplit/>
          <w:jc w:val="center"/>
        </w:trPr>
        <w:tc>
          <w:tcPr>
            <w:tcW w:w="6120" w:type="dxa"/>
            <w:tcMar>
              <w:top w:w="35" w:type="dxa"/>
              <w:left w:w="35" w:type="dxa"/>
              <w:bottom w:w="35" w:type="dxa"/>
              <w:right w:w="35" w:type="dxa"/>
            </w:tcMar>
            <w:vAlign w:val="center"/>
          </w:tcPr>
          <w:p w14:paraId="46B6BDE1" w14:textId="77777777" w:rsidR="00AE7EFF" w:rsidRPr="00021C8A" w:rsidRDefault="00AE7EFF" w:rsidP="00423602">
            <w:pPr>
              <w:rPr>
                <w:rFonts w:asciiTheme="minorHAnsi" w:hAnsiTheme="minorHAnsi"/>
                <w:sz w:val="22"/>
              </w:rPr>
            </w:pPr>
            <w:r w:rsidRPr="00021C8A">
              <w:rPr>
                <w:rFonts w:asciiTheme="minorHAnsi" w:hAnsiTheme="minorHAnsi"/>
                <w:sz w:val="22"/>
              </w:rPr>
              <w:t>[Local mileage and calculation basis]</w:t>
            </w:r>
          </w:p>
        </w:tc>
        <w:tc>
          <w:tcPr>
            <w:tcW w:w="1224" w:type="dxa"/>
            <w:tcMar>
              <w:top w:w="35" w:type="dxa"/>
              <w:left w:w="35" w:type="dxa"/>
              <w:bottom w:w="35" w:type="dxa"/>
              <w:right w:w="35" w:type="dxa"/>
            </w:tcMar>
            <w:vAlign w:val="center"/>
          </w:tcPr>
          <w:p w14:paraId="6B9F4657" w14:textId="77777777" w:rsidR="00AE7EFF" w:rsidRPr="00021C8A" w:rsidRDefault="00AE7EFF" w:rsidP="00423602">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585A5D22" w14:textId="77777777" w:rsidR="00AE7EFF" w:rsidRPr="00021C8A" w:rsidRDefault="00AE7EFF" w:rsidP="00423602">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1DB3BFFD" w14:textId="77777777" w:rsidR="00AE7EFF" w:rsidRPr="00021C8A" w:rsidRDefault="00AE7EFF" w:rsidP="00423602">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13D91033" w14:textId="77777777" w:rsidR="00AE7EFF" w:rsidRPr="00021C8A" w:rsidRDefault="00AE7EFF" w:rsidP="00423602">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094F2C5A" w14:textId="77777777" w:rsidR="00AE7EFF" w:rsidRPr="00021C8A" w:rsidRDefault="00AE7EFF" w:rsidP="00423602">
            <w:pPr>
              <w:rPr>
                <w:rFonts w:asciiTheme="minorHAnsi" w:hAnsiTheme="minorHAnsi"/>
                <w:sz w:val="22"/>
              </w:rPr>
            </w:pPr>
            <w:r w:rsidRPr="00021C8A">
              <w:rPr>
                <w:rFonts w:asciiTheme="minorHAnsi" w:hAnsiTheme="minorHAnsi"/>
                <w:sz w:val="22"/>
              </w:rPr>
              <w:t>[$]</w:t>
            </w:r>
          </w:p>
        </w:tc>
        <w:tc>
          <w:tcPr>
            <w:tcW w:w="2160" w:type="dxa"/>
            <w:tcMar>
              <w:top w:w="35" w:type="dxa"/>
              <w:left w:w="35" w:type="dxa"/>
              <w:bottom w:w="35" w:type="dxa"/>
              <w:right w:w="35" w:type="dxa"/>
            </w:tcMar>
            <w:vAlign w:val="center"/>
          </w:tcPr>
          <w:p w14:paraId="3D653889" w14:textId="77777777" w:rsidR="00AE7EFF" w:rsidRPr="00021C8A" w:rsidRDefault="00AE7EFF" w:rsidP="00423602">
            <w:pPr>
              <w:rPr>
                <w:rFonts w:asciiTheme="minorHAnsi" w:hAnsiTheme="minorHAnsi"/>
                <w:sz w:val="22"/>
              </w:rPr>
            </w:pPr>
            <w:r w:rsidRPr="00021C8A">
              <w:rPr>
                <w:rFonts w:asciiTheme="minorHAnsi" w:hAnsiTheme="minorHAnsi"/>
                <w:sz w:val="22"/>
              </w:rPr>
              <w:t>[$]</w:t>
            </w:r>
          </w:p>
        </w:tc>
      </w:tr>
      <w:tr w:rsidR="00AE7EFF" w:rsidRPr="00021C8A" w14:paraId="23C3A11E" w14:textId="77777777" w:rsidTr="00423602">
        <w:trPr>
          <w:cantSplit/>
          <w:jc w:val="center"/>
        </w:trPr>
        <w:tc>
          <w:tcPr>
            <w:tcW w:w="6120" w:type="dxa"/>
            <w:tcMar>
              <w:top w:w="35" w:type="dxa"/>
              <w:left w:w="35" w:type="dxa"/>
              <w:bottom w:w="35" w:type="dxa"/>
              <w:right w:w="35" w:type="dxa"/>
            </w:tcMar>
            <w:vAlign w:val="center"/>
          </w:tcPr>
          <w:p w14:paraId="2016F762" w14:textId="77777777" w:rsidR="00AE7EFF" w:rsidRPr="00021C8A" w:rsidRDefault="00AE7EFF" w:rsidP="00423602">
            <w:pPr>
              <w:rPr>
                <w:rFonts w:asciiTheme="minorHAnsi" w:hAnsiTheme="minorHAnsi"/>
                <w:sz w:val="22"/>
              </w:rPr>
            </w:pPr>
            <w:r w:rsidRPr="00021C8A">
              <w:rPr>
                <w:rFonts w:asciiTheme="minorHAnsi" w:hAnsiTheme="minorHAnsi"/>
                <w:sz w:val="22"/>
              </w:rPr>
              <w:t>[Airfare and calculation basis]</w:t>
            </w:r>
          </w:p>
        </w:tc>
        <w:tc>
          <w:tcPr>
            <w:tcW w:w="1224" w:type="dxa"/>
            <w:tcMar>
              <w:top w:w="35" w:type="dxa"/>
              <w:left w:w="35" w:type="dxa"/>
              <w:bottom w:w="35" w:type="dxa"/>
              <w:right w:w="35" w:type="dxa"/>
            </w:tcMar>
            <w:vAlign w:val="center"/>
          </w:tcPr>
          <w:p w14:paraId="2C1D2A11" w14:textId="77777777" w:rsidR="00AE7EFF" w:rsidRPr="00021C8A" w:rsidRDefault="00AE7EFF" w:rsidP="00423602">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75E3A23E" w14:textId="77777777" w:rsidR="00AE7EFF" w:rsidRPr="00021C8A" w:rsidRDefault="00AE7EFF" w:rsidP="00423602">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38D41D15" w14:textId="77777777" w:rsidR="00AE7EFF" w:rsidRPr="00021C8A" w:rsidRDefault="00AE7EFF" w:rsidP="00423602">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3C6C9282" w14:textId="77777777" w:rsidR="00AE7EFF" w:rsidRPr="00021C8A" w:rsidRDefault="00AE7EFF" w:rsidP="00423602">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2C3D63F0" w14:textId="77777777" w:rsidR="00AE7EFF" w:rsidRPr="00021C8A" w:rsidRDefault="00AE7EFF" w:rsidP="00423602">
            <w:pPr>
              <w:rPr>
                <w:rFonts w:asciiTheme="minorHAnsi" w:hAnsiTheme="minorHAnsi"/>
                <w:sz w:val="22"/>
              </w:rPr>
            </w:pPr>
            <w:r w:rsidRPr="00021C8A">
              <w:rPr>
                <w:rFonts w:asciiTheme="minorHAnsi" w:hAnsiTheme="minorHAnsi"/>
                <w:sz w:val="22"/>
              </w:rPr>
              <w:t>[$]</w:t>
            </w:r>
          </w:p>
        </w:tc>
        <w:tc>
          <w:tcPr>
            <w:tcW w:w="2160" w:type="dxa"/>
            <w:tcMar>
              <w:top w:w="35" w:type="dxa"/>
              <w:left w:w="35" w:type="dxa"/>
              <w:bottom w:w="35" w:type="dxa"/>
              <w:right w:w="35" w:type="dxa"/>
            </w:tcMar>
            <w:vAlign w:val="center"/>
          </w:tcPr>
          <w:p w14:paraId="4A2FB871" w14:textId="77777777" w:rsidR="00AE7EFF" w:rsidRPr="00021C8A" w:rsidRDefault="00AE7EFF" w:rsidP="00423602">
            <w:pPr>
              <w:rPr>
                <w:rFonts w:asciiTheme="minorHAnsi" w:hAnsiTheme="minorHAnsi"/>
                <w:sz w:val="22"/>
              </w:rPr>
            </w:pPr>
            <w:r w:rsidRPr="00021C8A">
              <w:rPr>
                <w:rFonts w:asciiTheme="minorHAnsi" w:hAnsiTheme="minorHAnsi"/>
                <w:sz w:val="22"/>
              </w:rPr>
              <w:t>[$]</w:t>
            </w:r>
          </w:p>
        </w:tc>
      </w:tr>
      <w:tr w:rsidR="00AE7EFF" w:rsidRPr="00021C8A" w14:paraId="502E0535" w14:textId="77777777" w:rsidTr="00423602">
        <w:trPr>
          <w:cantSplit/>
          <w:jc w:val="center"/>
        </w:trPr>
        <w:tc>
          <w:tcPr>
            <w:tcW w:w="6120" w:type="dxa"/>
            <w:tcMar>
              <w:top w:w="35" w:type="dxa"/>
              <w:left w:w="35" w:type="dxa"/>
              <w:bottom w:w="35" w:type="dxa"/>
              <w:right w:w="35" w:type="dxa"/>
            </w:tcMar>
            <w:vAlign w:val="center"/>
          </w:tcPr>
          <w:p w14:paraId="2308BC1D" w14:textId="77777777" w:rsidR="00AE7EFF" w:rsidRPr="00021C8A" w:rsidRDefault="00AE7EFF" w:rsidP="00423602">
            <w:pPr>
              <w:rPr>
                <w:rFonts w:asciiTheme="minorHAnsi" w:hAnsiTheme="minorHAnsi"/>
                <w:sz w:val="22"/>
              </w:rPr>
            </w:pPr>
            <w:r w:rsidRPr="00021C8A">
              <w:rPr>
                <w:rFonts w:asciiTheme="minorHAnsi" w:hAnsiTheme="minorHAnsi"/>
                <w:sz w:val="22"/>
              </w:rPr>
              <w:t>[Lodging / per diem and calculation basis]</w:t>
            </w:r>
          </w:p>
        </w:tc>
        <w:tc>
          <w:tcPr>
            <w:tcW w:w="1224" w:type="dxa"/>
            <w:tcMar>
              <w:top w:w="35" w:type="dxa"/>
              <w:left w:w="35" w:type="dxa"/>
              <w:bottom w:w="35" w:type="dxa"/>
              <w:right w:w="35" w:type="dxa"/>
            </w:tcMar>
            <w:vAlign w:val="center"/>
          </w:tcPr>
          <w:p w14:paraId="21257190" w14:textId="77777777" w:rsidR="00AE7EFF" w:rsidRPr="00021C8A" w:rsidRDefault="00AE7EFF" w:rsidP="00423602">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348270AA" w14:textId="77777777" w:rsidR="00AE7EFF" w:rsidRPr="00021C8A" w:rsidRDefault="00AE7EFF" w:rsidP="00423602">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0B28EAF3" w14:textId="77777777" w:rsidR="00AE7EFF" w:rsidRPr="00021C8A" w:rsidRDefault="00AE7EFF" w:rsidP="00423602">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3BCA20CD" w14:textId="77777777" w:rsidR="00AE7EFF" w:rsidRPr="00021C8A" w:rsidRDefault="00AE7EFF" w:rsidP="00423602">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54593EF9" w14:textId="77777777" w:rsidR="00AE7EFF" w:rsidRPr="00021C8A" w:rsidRDefault="00AE7EFF" w:rsidP="00423602">
            <w:pPr>
              <w:rPr>
                <w:rFonts w:asciiTheme="minorHAnsi" w:hAnsiTheme="minorHAnsi"/>
                <w:sz w:val="22"/>
              </w:rPr>
            </w:pPr>
            <w:r w:rsidRPr="00021C8A">
              <w:rPr>
                <w:rFonts w:asciiTheme="minorHAnsi" w:hAnsiTheme="minorHAnsi"/>
                <w:sz w:val="22"/>
              </w:rPr>
              <w:t>[$]</w:t>
            </w:r>
          </w:p>
        </w:tc>
        <w:tc>
          <w:tcPr>
            <w:tcW w:w="2160" w:type="dxa"/>
            <w:tcMar>
              <w:top w:w="35" w:type="dxa"/>
              <w:left w:w="35" w:type="dxa"/>
              <w:bottom w:w="35" w:type="dxa"/>
              <w:right w:w="35" w:type="dxa"/>
            </w:tcMar>
            <w:vAlign w:val="center"/>
          </w:tcPr>
          <w:p w14:paraId="7ED1C2E0" w14:textId="77777777" w:rsidR="00AE7EFF" w:rsidRPr="00021C8A" w:rsidRDefault="00AE7EFF" w:rsidP="00423602">
            <w:pPr>
              <w:rPr>
                <w:rFonts w:asciiTheme="minorHAnsi" w:hAnsiTheme="minorHAnsi"/>
                <w:sz w:val="22"/>
              </w:rPr>
            </w:pPr>
            <w:r w:rsidRPr="00021C8A">
              <w:rPr>
                <w:rFonts w:asciiTheme="minorHAnsi" w:hAnsiTheme="minorHAnsi"/>
                <w:sz w:val="22"/>
              </w:rPr>
              <w:t>[$]</w:t>
            </w:r>
          </w:p>
        </w:tc>
      </w:tr>
      <w:tr w:rsidR="00AE7EFF" w:rsidRPr="00021C8A" w14:paraId="267FF989" w14:textId="77777777" w:rsidTr="00423602">
        <w:trPr>
          <w:cantSplit/>
          <w:jc w:val="center"/>
        </w:trPr>
        <w:tc>
          <w:tcPr>
            <w:tcW w:w="6120" w:type="dxa"/>
            <w:tcMar>
              <w:top w:w="35" w:type="dxa"/>
              <w:left w:w="35" w:type="dxa"/>
              <w:bottom w:w="35" w:type="dxa"/>
              <w:right w:w="35" w:type="dxa"/>
            </w:tcMar>
            <w:vAlign w:val="center"/>
          </w:tcPr>
          <w:p w14:paraId="108AA995" w14:textId="77777777" w:rsidR="00AE7EFF" w:rsidRPr="00021C8A" w:rsidRDefault="00AE7EFF" w:rsidP="00423602">
            <w:pPr>
              <w:rPr>
                <w:rFonts w:asciiTheme="minorHAnsi" w:hAnsiTheme="minorHAnsi"/>
                <w:sz w:val="22"/>
              </w:rPr>
            </w:pPr>
            <w:r w:rsidRPr="00021C8A">
              <w:rPr>
                <w:rFonts w:asciiTheme="minorHAnsi" w:hAnsiTheme="minorHAnsi"/>
                <w:sz w:val="22"/>
              </w:rPr>
              <w:t>[Other travel costs and justification]</w:t>
            </w:r>
          </w:p>
        </w:tc>
        <w:tc>
          <w:tcPr>
            <w:tcW w:w="1224" w:type="dxa"/>
            <w:tcMar>
              <w:top w:w="35" w:type="dxa"/>
              <w:left w:w="35" w:type="dxa"/>
              <w:bottom w:w="35" w:type="dxa"/>
              <w:right w:w="35" w:type="dxa"/>
            </w:tcMar>
            <w:vAlign w:val="center"/>
          </w:tcPr>
          <w:p w14:paraId="32987F1D" w14:textId="77777777" w:rsidR="00AE7EFF" w:rsidRPr="00021C8A" w:rsidRDefault="00AE7EFF" w:rsidP="00423602">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1F51480A" w14:textId="77777777" w:rsidR="00AE7EFF" w:rsidRPr="00021C8A" w:rsidRDefault="00AE7EFF" w:rsidP="00423602">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0C456C92" w14:textId="77777777" w:rsidR="00AE7EFF" w:rsidRPr="00021C8A" w:rsidRDefault="00AE7EFF" w:rsidP="00423602">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5E62D4B6" w14:textId="77777777" w:rsidR="00AE7EFF" w:rsidRPr="00021C8A" w:rsidRDefault="00AE7EFF" w:rsidP="00423602">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10872263" w14:textId="77777777" w:rsidR="00AE7EFF" w:rsidRPr="00021C8A" w:rsidRDefault="00AE7EFF" w:rsidP="00423602">
            <w:pPr>
              <w:rPr>
                <w:rFonts w:asciiTheme="minorHAnsi" w:hAnsiTheme="minorHAnsi"/>
                <w:sz w:val="22"/>
              </w:rPr>
            </w:pPr>
            <w:r w:rsidRPr="00021C8A">
              <w:rPr>
                <w:rFonts w:asciiTheme="minorHAnsi" w:hAnsiTheme="minorHAnsi"/>
                <w:sz w:val="22"/>
              </w:rPr>
              <w:t>[$]</w:t>
            </w:r>
          </w:p>
        </w:tc>
        <w:tc>
          <w:tcPr>
            <w:tcW w:w="2160" w:type="dxa"/>
            <w:tcMar>
              <w:top w:w="35" w:type="dxa"/>
              <w:left w:w="35" w:type="dxa"/>
              <w:bottom w:w="35" w:type="dxa"/>
              <w:right w:w="35" w:type="dxa"/>
            </w:tcMar>
            <w:vAlign w:val="center"/>
          </w:tcPr>
          <w:p w14:paraId="2B3EE265" w14:textId="77777777" w:rsidR="00AE7EFF" w:rsidRPr="00021C8A" w:rsidRDefault="00AE7EFF" w:rsidP="00423602">
            <w:pPr>
              <w:rPr>
                <w:rFonts w:asciiTheme="minorHAnsi" w:hAnsiTheme="minorHAnsi"/>
                <w:sz w:val="22"/>
              </w:rPr>
            </w:pPr>
            <w:r w:rsidRPr="00021C8A">
              <w:rPr>
                <w:rFonts w:asciiTheme="minorHAnsi" w:hAnsiTheme="minorHAnsi"/>
                <w:sz w:val="22"/>
              </w:rPr>
              <w:t>[$]</w:t>
            </w:r>
          </w:p>
        </w:tc>
      </w:tr>
      <w:tr w:rsidR="00AE7EFF" w:rsidRPr="00021C8A" w14:paraId="307A0BF0" w14:textId="77777777" w:rsidTr="00423602">
        <w:trPr>
          <w:cantSplit/>
          <w:jc w:val="center"/>
        </w:trPr>
        <w:tc>
          <w:tcPr>
            <w:tcW w:w="6120" w:type="dxa"/>
            <w:shd w:val="clear" w:color="auto" w:fill="E7E6E6"/>
            <w:tcMar>
              <w:top w:w="35" w:type="dxa"/>
              <w:left w:w="35" w:type="dxa"/>
              <w:bottom w:w="35" w:type="dxa"/>
              <w:right w:w="35" w:type="dxa"/>
            </w:tcMar>
            <w:vAlign w:val="center"/>
          </w:tcPr>
          <w:p w14:paraId="1694C321" w14:textId="77777777" w:rsidR="00AE7EFF" w:rsidRPr="00021C8A" w:rsidRDefault="00AE7EFF" w:rsidP="00423602">
            <w:pPr>
              <w:spacing w:line="228" w:lineRule="auto"/>
              <w:rPr>
                <w:rFonts w:asciiTheme="minorHAnsi" w:hAnsiTheme="minorHAnsi"/>
                <w:b/>
                <w:sz w:val="22"/>
                <w:szCs w:val="32"/>
              </w:rPr>
            </w:pPr>
            <w:r w:rsidRPr="00021C8A">
              <w:rPr>
                <w:rFonts w:asciiTheme="minorHAnsi" w:hAnsiTheme="minorHAnsi"/>
                <w:b/>
                <w:sz w:val="22"/>
                <w:szCs w:val="32"/>
              </w:rPr>
              <w:t>TOTAL TRAVEL</w:t>
            </w:r>
          </w:p>
        </w:tc>
        <w:tc>
          <w:tcPr>
            <w:tcW w:w="1224" w:type="dxa"/>
            <w:shd w:val="clear" w:color="auto" w:fill="E7E6E6"/>
            <w:tcMar>
              <w:top w:w="35" w:type="dxa"/>
              <w:left w:w="35" w:type="dxa"/>
              <w:bottom w:w="35" w:type="dxa"/>
              <w:right w:w="35" w:type="dxa"/>
            </w:tcMar>
            <w:vAlign w:val="center"/>
          </w:tcPr>
          <w:p w14:paraId="640E91F7" w14:textId="77777777" w:rsidR="00AE7EFF" w:rsidRPr="00021C8A" w:rsidRDefault="00AE7EFF" w:rsidP="00423602">
            <w:pPr>
              <w:spacing w:line="228" w:lineRule="auto"/>
              <w:rPr>
                <w:rFonts w:asciiTheme="minorHAnsi" w:hAnsiTheme="minorHAnsi"/>
                <w:b/>
                <w:sz w:val="22"/>
                <w:szCs w:val="32"/>
              </w:rPr>
            </w:pPr>
            <w:r w:rsidRPr="00021C8A">
              <w:rPr>
                <w:rFonts w:asciiTheme="minorHAnsi" w:hAnsiTheme="minorHAnsi"/>
                <w:b/>
                <w:sz w:val="22"/>
                <w:szCs w:val="32"/>
              </w:rPr>
              <w:t>[$]</w:t>
            </w:r>
          </w:p>
        </w:tc>
        <w:tc>
          <w:tcPr>
            <w:tcW w:w="1224" w:type="dxa"/>
            <w:shd w:val="clear" w:color="auto" w:fill="E7E6E6"/>
            <w:tcMar>
              <w:top w:w="35" w:type="dxa"/>
              <w:left w:w="35" w:type="dxa"/>
              <w:bottom w:w="35" w:type="dxa"/>
              <w:right w:w="35" w:type="dxa"/>
            </w:tcMar>
            <w:vAlign w:val="center"/>
          </w:tcPr>
          <w:p w14:paraId="1E02ADCA" w14:textId="77777777" w:rsidR="00AE7EFF" w:rsidRPr="00021C8A" w:rsidRDefault="00AE7EFF" w:rsidP="00423602">
            <w:pPr>
              <w:spacing w:line="228" w:lineRule="auto"/>
              <w:rPr>
                <w:rFonts w:asciiTheme="minorHAnsi" w:hAnsiTheme="minorHAnsi"/>
                <w:b/>
                <w:sz w:val="22"/>
                <w:szCs w:val="32"/>
              </w:rPr>
            </w:pPr>
            <w:r w:rsidRPr="00021C8A">
              <w:rPr>
                <w:rFonts w:asciiTheme="minorHAnsi" w:hAnsiTheme="minorHAnsi"/>
                <w:b/>
                <w:sz w:val="22"/>
                <w:szCs w:val="32"/>
              </w:rPr>
              <w:t>[$]</w:t>
            </w:r>
          </w:p>
        </w:tc>
        <w:tc>
          <w:tcPr>
            <w:tcW w:w="1224" w:type="dxa"/>
            <w:shd w:val="clear" w:color="auto" w:fill="E7E6E6"/>
            <w:tcMar>
              <w:top w:w="35" w:type="dxa"/>
              <w:left w:w="35" w:type="dxa"/>
              <w:bottom w:w="35" w:type="dxa"/>
              <w:right w:w="35" w:type="dxa"/>
            </w:tcMar>
            <w:vAlign w:val="center"/>
          </w:tcPr>
          <w:p w14:paraId="67D1D7ED" w14:textId="77777777" w:rsidR="00AE7EFF" w:rsidRPr="00021C8A" w:rsidRDefault="00AE7EFF" w:rsidP="00423602">
            <w:pPr>
              <w:spacing w:line="228" w:lineRule="auto"/>
              <w:rPr>
                <w:rFonts w:asciiTheme="minorHAnsi" w:hAnsiTheme="minorHAnsi"/>
                <w:b/>
                <w:sz w:val="22"/>
                <w:szCs w:val="32"/>
              </w:rPr>
            </w:pPr>
            <w:r w:rsidRPr="00021C8A">
              <w:rPr>
                <w:rFonts w:asciiTheme="minorHAnsi" w:hAnsiTheme="minorHAnsi"/>
                <w:b/>
                <w:sz w:val="22"/>
                <w:szCs w:val="32"/>
              </w:rPr>
              <w:t>[$]</w:t>
            </w:r>
          </w:p>
        </w:tc>
        <w:tc>
          <w:tcPr>
            <w:tcW w:w="1224" w:type="dxa"/>
            <w:shd w:val="clear" w:color="auto" w:fill="E7E6E6"/>
            <w:tcMar>
              <w:top w:w="35" w:type="dxa"/>
              <w:left w:w="35" w:type="dxa"/>
              <w:bottom w:w="35" w:type="dxa"/>
              <w:right w:w="35" w:type="dxa"/>
            </w:tcMar>
            <w:vAlign w:val="center"/>
          </w:tcPr>
          <w:p w14:paraId="78558C1D" w14:textId="77777777" w:rsidR="00AE7EFF" w:rsidRPr="00021C8A" w:rsidRDefault="00AE7EFF" w:rsidP="00423602">
            <w:pPr>
              <w:spacing w:line="228" w:lineRule="auto"/>
              <w:rPr>
                <w:rFonts w:asciiTheme="minorHAnsi" w:hAnsiTheme="minorHAnsi"/>
                <w:b/>
                <w:sz w:val="22"/>
                <w:szCs w:val="32"/>
              </w:rPr>
            </w:pPr>
            <w:r w:rsidRPr="00021C8A">
              <w:rPr>
                <w:rFonts w:asciiTheme="minorHAnsi" w:hAnsiTheme="minorHAnsi"/>
                <w:b/>
                <w:sz w:val="22"/>
                <w:szCs w:val="32"/>
              </w:rPr>
              <w:t>[$]</w:t>
            </w:r>
          </w:p>
        </w:tc>
        <w:tc>
          <w:tcPr>
            <w:tcW w:w="1224" w:type="dxa"/>
            <w:shd w:val="clear" w:color="auto" w:fill="E7E6E6"/>
            <w:tcMar>
              <w:top w:w="35" w:type="dxa"/>
              <w:left w:w="35" w:type="dxa"/>
              <w:bottom w:w="35" w:type="dxa"/>
              <w:right w:w="35" w:type="dxa"/>
            </w:tcMar>
            <w:vAlign w:val="center"/>
          </w:tcPr>
          <w:p w14:paraId="04ED3FC2" w14:textId="77777777" w:rsidR="00AE7EFF" w:rsidRPr="00021C8A" w:rsidRDefault="00AE7EFF" w:rsidP="00423602">
            <w:pPr>
              <w:spacing w:line="228" w:lineRule="auto"/>
              <w:rPr>
                <w:rFonts w:asciiTheme="minorHAnsi" w:hAnsiTheme="minorHAnsi"/>
                <w:b/>
                <w:sz w:val="22"/>
                <w:szCs w:val="32"/>
              </w:rPr>
            </w:pPr>
            <w:r w:rsidRPr="00021C8A">
              <w:rPr>
                <w:rFonts w:asciiTheme="minorHAnsi" w:hAnsiTheme="minorHAnsi"/>
                <w:b/>
                <w:sz w:val="22"/>
                <w:szCs w:val="32"/>
              </w:rPr>
              <w:t>[$]</w:t>
            </w:r>
          </w:p>
        </w:tc>
        <w:tc>
          <w:tcPr>
            <w:tcW w:w="2160" w:type="dxa"/>
            <w:shd w:val="clear" w:color="auto" w:fill="E7E6E6"/>
            <w:tcMar>
              <w:top w:w="35" w:type="dxa"/>
              <w:left w:w="35" w:type="dxa"/>
              <w:bottom w:w="35" w:type="dxa"/>
              <w:right w:w="35" w:type="dxa"/>
            </w:tcMar>
            <w:vAlign w:val="center"/>
          </w:tcPr>
          <w:p w14:paraId="1CB39579" w14:textId="77777777" w:rsidR="00AE7EFF" w:rsidRPr="00021C8A" w:rsidRDefault="00AE7EFF" w:rsidP="00423602">
            <w:pPr>
              <w:spacing w:line="228" w:lineRule="auto"/>
              <w:rPr>
                <w:rFonts w:asciiTheme="minorHAnsi" w:hAnsiTheme="minorHAnsi"/>
                <w:b/>
                <w:sz w:val="22"/>
                <w:szCs w:val="32"/>
              </w:rPr>
            </w:pPr>
            <w:r w:rsidRPr="00021C8A">
              <w:rPr>
                <w:rFonts w:asciiTheme="minorHAnsi" w:hAnsiTheme="minorHAnsi"/>
                <w:b/>
                <w:sz w:val="22"/>
                <w:szCs w:val="32"/>
              </w:rPr>
              <w:t>[$]</w:t>
            </w:r>
          </w:p>
        </w:tc>
      </w:tr>
    </w:tbl>
    <w:p w14:paraId="35314B12" w14:textId="04D9BB21" w:rsidR="005D213A" w:rsidRPr="00E571F3" w:rsidRDefault="00E571F3" w:rsidP="00E571F3">
      <w:pPr>
        <w:spacing w:before="240" w:after="60"/>
        <w:rPr>
          <w:rFonts w:asciiTheme="minorHAnsi" w:hAnsiTheme="minorHAnsi"/>
          <w:b/>
          <w:sz w:val="22"/>
        </w:rPr>
      </w:pPr>
      <w:r w:rsidRPr="00E571F3">
        <w:rPr>
          <w:rFonts w:asciiTheme="minorHAnsi" w:hAnsiTheme="minorHAnsi"/>
          <w:b/>
          <w:sz w:val="22"/>
        </w:rPr>
        <w:t>Equipment</w:t>
      </w:r>
    </w:p>
    <w:tbl>
      <w:tblPr>
        <w:tblStyle w:val="TableGrid"/>
        <w:tblW w:w="14400" w:type="dxa"/>
        <w:jc w:val="center"/>
        <w:tblLayout w:type="fixed"/>
        <w:tblLook w:val="04A0" w:firstRow="1" w:lastRow="0" w:firstColumn="1" w:lastColumn="0" w:noHBand="0" w:noVBand="1"/>
      </w:tblPr>
      <w:tblGrid>
        <w:gridCol w:w="6120"/>
        <w:gridCol w:w="1224"/>
        <w:gridCol w:w="1224"/>
        <w:gridCol w:w="1224"/>
        <w:gridCol w:w="1224"/>
        <w:gridCol w:w="1224"/>
        <w:gridCol w:w="2160"/>
      </w:tblGrid>
      <w:tr w:rsidR="00AC7EFD" w14:paraId="583C1FAC" w14:textId="77777777" w:rsidTr="005D213A">
        <w:trPr>
          <w:cantSplit/>
          <w:jc w:val="center"/>
        </w:trPr>
        <w:tc>
          <w:tcPr>
            <w:tcW w:w="6120" w:type="dxa"/>
            <w:shd w:val="clear" w:color="auto" w:fill="D9D9D9" w:themeFill="background1" w:themeFillShade="D9"/>
            <w:tcMar>
              <w:top w:w="35" w:type="dxa"/>
              <w:left w:w="35" w:type="dxa"/>
              <w:bottom w:w="35" w:type="dxa"/>
              <w:right w:w="35" w:type="dxa"/>
            </w:tcMar>
            <w:vAlign w:val="center"/>
          </w:tcPr>
          <w:p w14:paraId="3F19D3D8" w14:textId="77777777" w:rsidR="00AC7EFD" w:rsidRPr="005D213A" w:rsidRDefault="00000D7B" w:rsidP="005D213A">
            <w:pPr>
              <w:rPr>
                <w:rFonts w:asciiTheme="minorHAnsi" w:hAnsiTheme="minorHAnsi"/>
                <w:b/>
                <w:bCs/>
                <w:sz w:val="22"/>
                <w:highlight w:val="lightGray"/>
              </w:rPr>
            </w:pPr>
            <w:r w:rsidRPr="005D213A">
              <w:rPr>
                <w:rFonts w:asciiTheme="minorHAnsi" w:hAnsiTheme="minorHAnsi"/>
                <w:b/>
                <w:bCs/>
                <w:sz w:val="22"/>
                <w:highlight w:val="lightGray"/>
              </w:rPr>
              <w:t>Budget Line Item / Description</w:t>
            </w:r>
          </w:p>
        </w:tc>
        <w:tc>
          <w:tcPr>
            <w:tcW w:w="1224" w:type="dxa"/>
            <w:shd w:val="clear" w:color="auto" w:fill="D9D9D9" w:themeFill="background1" w:themeFillShade="D9"/>
            <w:tcMar>
              <w:top w:w="35" w:type="dxa"/>
              <w:left w:w="35" w:type="dxa"/>
              <w:bottom w:w="35" w:type="dxa"/>
              <w:right w:w="35" w:type="dxa"/>
            </w:tcMar>
            <w:vAlign w:val="center"/>
          </w:tcPr>
          <w:p w14:paraId="5CE0EB4B" w14:textId="77777777" w:rsidR="00AC7EFD" w:rsidRPr="005D213A" w:rsidRDefault="00000D7B" w:rsidP="005D213A">
            <w:pPr>
              <w:rPr>
                <w:rFonts w:asciiTheme="minorHAnsi" w:hAnsiTheme="minorHAnsi"/>
                <w:b/>
                <w:bCs/>
                <w:sz w:val="22"/>
                <w:highlight w:val="lightGray"/>
              </w:rPr>
            </w:pPr>
            <w:r w:rsidRPr="005D213A">
              <w:rPr>
                <w:rFonts w:asciiTheme="minorHAnsi" w:hAnsiTheme="minorHAnsi"/>
                <w:b/>
                <w:bCs/>
                <w:sz w:val="22"/>
                <w:highlight w:val="lightGray"/>
              </w:rPr>
              <w:t>Year 1</w:t>
            </w:r>
          </w:p>
        </w:tc>
        <w:tc>
          <w:tcPr>
            <w:tcW w:w="1224" w:type="dxa"/>
            <w:shd w:val="clear" w:color="auto" w:fill="D9D9D9" w:themeFill="background1" w:themeFillShade="D9"/>
            <w:tcMar>
              <w:top w:w="35" w:type="dxa"/>
              <w:left w:w="35" w:type="dxa"/>
              <w:bottom w:w="35" w:type="dxa"/>
              <w:right w:w="35" w:type="dxa"/>
            </w:tcMar>
            <w:vAlign w:val="center"/>
          </w:tcPr>
          <w:p w14:paraId="3BAF96AE" w14:textId="77777777" w:rsidR="00AC7EFD" w:rsidRPr="005D213A" w:rsidRDefault="00000D7B" w:rsidP="005D213A">
            <w:pPr>
              <w:rPr>
                <w:rFonts w:asciiTheme="minorHAnsi" w:hAnsiTheme="minorHAnsi"/>
                <w:b/>
                <w:bCs/>
                <w:sz w:val="22"/>
                <w:highlight w:val="lightGray"/>
              </w:rPr>
            </w:pPr>
            <w:r w:rsidRPr="005D213A">
              <w:rPr>
                <w:rFonts w:asciiTheme="minorHAnsi" w:hAnsiTheme="minorHAnsi"/>
                <w:b/>
                <w:bCs/>
                <w:sz w:val="22"/>
                <w:highlight w:val="lightGray"/>
              </w:rPr>
              <w:t>Year 2</w:t>
            </w:r>
          </w:p>
        </w:tc>
        <w:tc>
          <w:tcPr>
            <w:tcW w:w="1224" w:type="dxa"/>
            <w:shd w:val="clear" w:color="auto" w:fill="D9D9D9" w:themeFill="background1" w:themeFillShade="D9"/>
            <w:tcMar>
              <w:top w:w="35" w:type="dxa"/>
              <w:left w:w="35" w:type="dxa"/>
              <w:bottom w:w="35" w:type="dxa"/>
              <w:right w:w="35" w:type="dxa"/>
            </w:tcMar>
            <w:vAlign w:val="center"/>
          </w:tcPr>
          <w:p w14:paraId="5A346368" w14:textId="77777777" w:rsidR="00AC7EFD" w:rsidRPr="005D213A" w:rsidRDefault="00000D7B" w:rsidP="005D213A">
            <w:pPr>
              <w:rPr>
                <w:rFonts w:asciiTheme="minorHAnsi" w:hAnsiTheme="minorHAnsi"/>
                <w:b/>
                <w:bCs/>
                <w:sz w:val="22"/>
                <w:highlight w:val="lightGray"/>
              </w:rPr>
            </w:pPr>
            <w:r w:rsidRPr="005D213A">
              <w:rPr>
                <w:rFonts w:asciiTheme="minorHAnsi" w:hAnsiTheme="minorHAnsi"/>
                <w:b/>
                <w:bCs/>
                <w:sz w:val="22"/>
                <w:highlight w:val="lightGray"/>
              </w:rPr>
              <w:t>Year 3</w:t>
            </w:r>
          </w:p>
        </w:tc>
        <w:tc>
          <w:tcPr>
            <w:tcW w:w="1224" w:type="dxa"/>
            <w:shd w:val="clear" w:color="auto" w:fill="D9D9D9" w:themeFill="background1" w:themeFillShade="D9"/>
            <w:tcMar>
              <w:top w:w="35" w:type="dxa"/>
              <w:left w:w="35" w:type="dxa"/>
              <w:bottom w:w="35" w:type="dxa"/>
              <w:right w:w="35" w:type="dxa"/>
            </w:tcMar>
            <w:vAlign w:val="center"/>
          </w:tcPr>
          <w:p w14:paraId="26D67096" w14:textId="77777777" w:rsidR="00AC7EFD" w:rsidRPr="005D213A" w:rsidRDefault="00000D7B" w:rsidP="005D213A">
            <w:pPr>
              <w:rPr>
                <w:rFonts w:asciiTheme="minorHAnsi" w:hAnsiTheme="minorHAnsi"/>
                <w:b/>
                <w:bCs/>
                <w:sz w:val="22"/>
                <w:highlight w:val="lightGray"/>
              </w:rPr>
            </w:pPr>
            <w:r w:rsidRPr="005D213A">
              <w:rPr>
                <w:rFonts w:asciiTheme="minorHAnsi" w:hAnsiTheme="minorHAnsi"/>
                <w:b/>
                <w:bCs/>
                <w:sz w:val="22"/>
                <w:highlight w:val="lightGray"/>
              </w:rPr>
              <w:t>Year 4</w:t>
            </w:r>
          </w:p>
        </w:tc>
        <w:tc>
          <w:tcPr>
            <w:tcW w:w="1224" w:type="dxa"/>
            <w:shd w:val="clear" w:color="auto" w:fill="D9D9D9" w:themeFill="background1" w:themeFillShade="D9"/>
            <w:tcMar>
              <w:top w:w="35" w:type="dxa"/>
              <w:left w:w="35" w:type="dxa"/>
              <w:bottom w:w="35" w:type="dxa"/>
              <w:right w:w="35" w:type="dxa"/>
            </w:tcMar>
            <w:vAlign w:val="center"/>
          </w:tcPr>
          <w:p w14:paraId="0BAA023D" w14:textId="77777777" w:rsidR="00AC7EFD" w:rsidRPr="005D213A" w:rsidRDefault="00000D7B" w:rsidP="005D213A">
            <w:pPr>
              <w:rPr>
                <w:rFonts w:asciiTheme="minorHAnsi" w:hAnsiTheme="minorHAnsi"/>
                <w:b/>
                <w:bCs/>
                <w:sz w:val="22"/>
                <w:highlight w:val="lightGray"/>
              </w:rPr>
            </w:pPr>
            <w:r w:rsidRPr="005D213A">
              <w:rPr>
                <w:rFonts w:asciiTheme="minorHAnsi" w:hAnsiTheme="minorHAnsi"/>
                <w:b/>
                <w:bCs/>
                <w:sz w:val="22"/>
                <w:highlight w:val="lightGray"/>
              </w:rPr>
              <w:t>Year 5</w:t>
            </w:r>
          </w:p>
        </w:tc>
        <w:tc>
          <w:tcPr>
            <w:tcW w:w="2160" w:type="dxa"/>
            <w:shd w:val="clear" w:color="auto" w:fill="D9D9D9" w:themeFill="background1" w:themeFillShade="D9"/>
            <w:tcMar>
              <w:top w:w="35" w:type="dxa"/>
              <w:left w:w="35" w:type="dxa"/>
              <w:bottom w:w="35" w:type="dxa"/>
              <w:right w:w="35" w:type="dxa"/>
            </w:tcMar>
            <w:vAlign w:val="center"/>
          </w:tcPr>
          <w:p w14:paraId="1424862D" w14:textId="77777777" w:rsidR="00AC7EFD" w:rsidRPr="005D213A" w:rsidRDefault="00000D7B" w:rsidP="005D213A">
            <w:pPr>
              <w:rPr>
                <w:rFonts w:asciiTheme="minorHAnsi" w:hAnsiTheme="minorHAnsi"/>
                <w:b/>
                <w:bCs/>
                <w:sz w:val="22"/>
                <w:highlight w:val="lightGray"/>
              </w:rPr>
            </w:pPr>
            <w:r w:rsidRPr="005D213A">
              <w:rPr>
                <w:rFonts w:asciiTheme="minorHAnsi" w:hAnsiTheme="minorHAnsi"/>
                <w:b/>
                <w:bCs/>
                <w:sz w:val="22"/>
                <w:highlight w:val="lightGray"/>
              </w:rPr>
              <w:t>Category Total</w:t>
            </w:r>
          </w:p>
        </w:tc>
      </w:tr>
      <w:tr w:rsidR="00AC7EFD" w14:paraId="04BB509A" w14:textId="77777777">
        <w:trPr>
          <w:cantSplit/>
          <w:jc w:val="center"/>
        </w:trPr>
        <w:tc>
          <w:tcPr>
            <w:tcW w:w="6120" w:type="dxa"/>
            <w:tcMar>
              <w:top w:w="35" w:type="dxa"/>
              <w:left w:w="35" w:type="dxa"/>
              <w:bottom w:w="35" w:type="dxa"/>
              <w:right w:w="35" w:type="dxa"/>
            </w:tcMar>
            <w:vAlign w:val="center"/>
          </w:tcPr>
          <w:p w14:paraId="1597F396" w14:textId="77777777" w:rsidR="00862576" w:rsidRDefault="00F219E5">
            <w:r w:rsidRPr="00E571F3">
              <w:rPr>
                <w:rFonts w:asciiTheme="minorHAnsi" w:hAnsiTheme="minorHAnsi"/>
                <w:sz w:val="22"/>
              </w:rPr>
              <w:t>[Equipment item and justification]</w:t>
            </w:r>
          </w:p>
        </w:tc>
        <w:tc>
          <w:tcPr>
            <w:tcW w:w="1224" w:type="dxa"/>
            <w:tcMar>
              <w:top w:w="35" w:type="dxa"/>
              <w:left w:w="35" w:type="dxa"/>
              <w:bottom w:w="35" w:type="dxa"/>
              <w:right w:w="35" w:type="dxa"/>
            </w:tcMar>
            <w:vAlign w:val="center"/>
          </w:tcPr>
          <w:p w14:paraId="01687CC4" w14:textId="77777777" w:rsidR="00AC7EFD" w:rsidRPr="00021C8A" w:rsidRDefault="00000D7B" w:rsidP="00021C8A">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20871251" w14:textId="77777777" w:rsidR="00AC7EFD" w:rsidRPr="00021C8A" w:rsidRDefault="00000D7B" w:rsidP="00021C8A">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78D68038" w14:textId="77777777" w:rsidR="00AC7EFD" w:rsidRPr="00021C8A" w:rsidRDefault="00000D7B" w:rsidP="00021C8A">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5801E508" w14:textId="77777777" w:rsidR="00AC7EFD" w:rsidRPr="00021C8A" w:rsidRDefault="00000D7B" w:rsidP="00021C8A">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5BBC4FBA" w14:textId="77777777" w:rsidR="00AC7EFD" w:rsidRPr="00021C8A" w:rsidRDefault="00000D7B" w:rsidP="00021C8A">
            <w:pPr>
              <w:rPr>
                <w:rFonts w:asciiTheme="minorHAnsi" w:hAnsiTheme="minorHAnsi"/>
                <w:sz w:val="22"/>
              </w:rPr>
            </w:pPr>
            <w:r w:rsidRPr="00021C8A">
              <w:rPr>
                <w:rFonts w:asciiTheme="minorHAnsi" w:hAnsiTheme="minorHAnsi"/>
                <w:sz w:val="22"/>
              </w:rPr>
              <w:t>[$]</w:t>
            </w:r>
          </w:p>
        </w:tc>
        <w:tc>
          <w:tcPr>
            <w:tcW w:w="2160" w:type="dxa"/>
            <w:tcMar>
              <w:top w:w="35" w:type="dxa"/>
              <w:left w:w="35" w:type="dxa"/>
              <w:bottom w:w="35" w:type="dxa"/>
              <w:right w:w="35" w:type="dxa"/>
            </w:tcMar>
            <w:vAlign w:val="center"/>
          </w:tcPr>
          <w:p w14:paraId="624B7B05" w14:textId="77777777" w:rsidR="00AC7EFD" w:rsidRPr="00021C8A" w:rsidRDefault="00000D7B" w:rsidP="00021C8A">
            <w:pPr>
              <w:rPr>
                <w:rFonts w:asciiTheme="minorHAnsi" w:hAnsiTheme="minorHAnsi"/>
                <w:sz w:val="22"/>
              </w:rPr>
            </w:pPr>
            <w:r w:rsidRPr="00021C8A">
              <w:rPr>
                <w:rFonts w:asciiTheme="minorHAnsi" w:hAnsiTheme="minorHAnsi"/>
                <w:sz w:val="22"/>
              </w:rPr>
              <w:t>[$]</w:t>
            </w:r>
          </w:p>
        </w:tc>
      </w:tr>
      <w:tr w:rsidR="00AC7EFD" w14:paraId="470D3FCC" w14:textId="77777777">
        <w:trPr>
          <w:cantSplit/>
          <w:jc w:val="center"/>
        </w:trPr>
        <w:tc>
          <w:tcPr>
            <w:tcW w:w="6120" w:type="dxa"/>
            <w:shd w:val="clear" w:color="auto" w:fill="E7E6E6"/>
            <w:tcMar>
              <w:top w:w="35" w:type="dxa"/>
              <w:left w:w="35" w:type="dxa"/>
              <w:bottom w:w="35" w:type="dxa"/>
              <w:right w:w="35" w:type="dxa"/>
            </w:tcMar>
            <w:vAlign w:val="center"/>
          </w:tcPr>
          <w:p w14:paraId="1FBBBEEA" w14:textId="77777777" w:rsidR="00AC7EFD" w:rsidRPr="00021C8A" w:rsidRDefault="00000D7B">
            <w:pPr>
              <w:spacing w:line="228" w:lineRule="auto"/>
              <w:rPr>
                <w:rFonts w:asciiTheme="minorHAnsi" w:hAnsiTheme="minorHAnsi"/>
                <w:sz w:val="22"/>
                <w:szCs w:val="32"/>
              </w:rPr>
            </w:pPr>
            <w:r w:rsidRPr="00021C8A">
              <w:rPr>
                <w:rFonts w:asciiTheme="minorHAnsi" w:hAnsiTheme="minorHAnsi"/>
                <w:b/>
                <w:sz w:val="22"/>
                <w:szCs w:val="32"/>
              </w:rPr>
              <w:t>TOTAL EQUIPMENT</w:t>
            </w:r>
          </w:p>
        </w:tc>
        <w:tc>
          <w:tcPr>
            <w:tcW w:w="1224" w:type="dxa"/>
            <w:shd w:val="clear" w:color="auto" w:fill="E7E6E6"/>
            <w:tcMar>
              <w:top w:w="35" w:type="dxa"/>
              <w:left w:w="35" w:type="dxa"/>
              <w:bottom w:w="35" w:type="dxa"/>
              <w:right w:w="35" w:type="dxa"/>
            </w:tcMar>
            <w:vAlign w:val="center"/>
          </w:tcPr>
          <w:p w14:paraId="0097EAB5" w14:textId="77777777" w:rsidR="00AC7EFD" w:rsidRPr="00021C8A" w:rsidRDefault="00000D7B">
            <w:pPr>
              <w:spacing w:line="228" w:lineRule="auto"/>
              <w:rPr>
                <w:rFonts w:asciiTheme="minorHAnsi" w:hAnsiTheme="minorHAnsi"/>
                <w:sz w:val="22"/>
                <w:szCs w:val="32"/>
              </w:rPr>
            </w:pPr>
            <w:r w:rsidRPr="00021C8A">
              <w:rPr>
                <w:rFonts w:asciiTheme="minorHAnsi" w:hAnsiTheme="minorHAnsi"/>
                <w:b/>
                <w:sz w:val="22"/>
                <w:szCs w:val="32"/>
              </w:rPr>
              <w:t>[$]</w:t>
            </w:r>
          </w:p>
        </w:tc>
        <w:tc>
          <w:tcPr>
            <w:tcW w:w="1224" w:type="dxa"/>
            <w:shd w:val="clear" w:color="auto" w:fill="E7E6E6"/>
            <w:tcMar>
              <w:top w:w="35" w:type="dxa"/>
              <w:left w:w="35" w:type="dxa"/>
              <w:bottom w:w="35" w:type="dxa"/>
              <w:right w:w="35" w:type="dxa"/>
            </w:tcMar>
            <w:vAlign w:val="center"/>
          </w:tcPr>
          <w:p w14:paraId="5F13D11B" w14:textId="77777777" w:rsidR="00AC7EFD" w:rsidRPr="00021C8A" w:rsidRDefault="00000D7B">
            <w:pPr>
              <w:spacing w:line="228" w:lineRule="auto"/>
              <w:rPr>
                <w:rFonts w:asciiTheme="minorHAnsi" w:hAnsiTheme="minorHAnsi"/>
                <w:sz w:val="22"/>
                <w:szCs w:val="32"/>
              </w:rPr>
            </w:pPr>
            <w:r w:rsidRPr="00021C8A">
              <w:rPr>
                <w:rFonts w:asciiTheme="minorHAnsi" w:hAnsiTheme="minorHAnsi"/>
                <w:b/>
                <w:sz w:val="22"/>
                <w:szCs w:val="32"/>
              </w:rPr>
              <w:t>[$]</w:t>
            </w:r>
          </w:p>
        </w:tc>
        <w:tc>
          <w:tcPr>
            <w:tcW w:w="1224" w:type="dxa"/>
            <w:shd w:val="clear" w:color="auto" w:fill="E7E6E6"/>
            <w:tcMar>
              <w:top w:w="35" w:type="dxa"/>
              <w:left w:w="35" w:type="dxa"/>
              <w:bottom w:w="35" w:type="dxa"/>
              <w:right w:w="35" w:type="dxa"/>
            </w:tcMar>
            <w:vAlign w:val="center"/>
          </w:tcPr>
          <w:p w14:paraId="1649F139" w14:textId="77777777" w:rsidR="00AC7EFD" w:rsidRPr="00021C8A" w:rsidRDefault="00000D7B">
            <w:pPr>
              <w:spacing w:line="228" w:lineRule="auto"/>
              <w:rPr>
                <w:rFonts w:asciiTheme="minorHAnsi" w:hAnsiTheme="minorHAnsi"/>
                <w:sz w:val="22"/>
                <w:szCs w:val="32"/>
              </w:rPr>
            </w:pPr>
            <w:r w:rsidRPr="00021C8A">
              <w:rPr>
                <w:rFonts w:asciiTheme="minorHAnsi" w:hAnsiTheme="minorHAnsi"/>
                <w:b/>
                <w:sz w:val="22"/>
                <w:szCs w:val="32"/>
              </w:rPr>
              <w:t>[$]</w:t>
            </w:r>
          </w:p>
        </w:tc>
        <w:tc>
          <w:tcPr>
            <w:tcW w:w="1224" w:type="dxa"/>
            <w:shd w:val="clear" w:color="auto" w:fill="E7E6E6"/>
            <w:tcMar>
              <w:top w:w="35" w:type="dxa"/>
              <w:left w:w="35" w:type="dxa"/>
              <w:bottom w:w="35" w:type="dxa"/>
              <w:right w:w="35" w:type="dxa"/>
            </w:tcMar>
            <w:vAlign w:val="center"/>
          </w:tcPr>
          <w:p w14:paraId="2DB7D2AD" w14:textId="77777777" w:rsidR="00AC7EFD" w:rsidRPr="00021C8A" w:rsidRDefault="00000D7B">
            <w:pPr>
              <w:spacing w:line="228" w:lineRule="auto"/>
              <w:rPr>
                <w:rFonts w:asciiTheme="minorHAnsi" w:hAnsiTheme="minorHAnsi"/>
                <w:sz w:val="22"/>
                <w:szCs w:val="32"/>
              </w:rPr>
            </w:pPr>
            <w:r w:rsidRPr="00021C8A">
              <w:rPr>
                <w:rFonts w:asciiTheme="minorHAnsi" w:hAnsiTheme="minorHAnsi"/>
                <w:b/>
                <w:sz w:val="22"/>
                <w:szCs w:val="32"/>
              </w:rPr>
              <w:t>[$]</w:t>
            </w:r>
          </w:p>
        </w:tc>
        <w:tc>
          <w:tcPr>
            <w:tcW w:w="1224" w:type="dxa"/>
            <w:shd w:val="clear" w:color="auto" w:fill="E7E6E6"/>
            <w:tcMar>
              <w:top w:w="35" w:type="dxa"/>
              <w:left w:w="35" w:type="dxa"/>
              <w:bottom w:w="35" w:type="dxa"/>
              <w:right w:w="35" w:type="dxa"/>
            </w:tcMar>
            <w:vAlign w:val="center"/>
          </w:tcPr>
          <w:p w14:paraId="001A0ED1" w14:textId="77777777" w:rsidR="00AC7EFD" w:rsidRPr="00021C8A" w:rsidRDefault="00000D7B">
            <w:pPr>
              <w:spacing w:line="228" w:lineRule="auto"/>
              <w:rPr>
                <w:rFonts w:asciiTheme="minorHAnsi" w:hAnsiTheme="minorHAnsi"/>
                <w:sz w:val="22"/>
                <w:szCs w:val="32"/>
              </w:rPr>
            </w:pPr>
            <w:r w:rsidRPr="00021C8A">
              <w:rPr>
                <w:rFonts w:asciiTheme="minorHAnsi" w:hAnsiTheme="minorHAnsi"/>
                <w:b/>
                <w:sz w:val="22"/>
                <w:szCs w:val="32"/>
              </w:rPr>
              <w:t>[$]</w:t>
            </w:r>
          </w:p>
        </w:tc>
        <w:tc>
          <w:tcPr>
            <w:tcW w:w="2160" w:type="dxa"/>
            <w:shd w:val="clear" w:color="auto" w:fill="E7E6E6"/>
            <w:tcMar>
              <w:top w:w="35" w:type="dxa"/>
              <w:left w:w="35" w:type="dxa"/>
              <w:bottom w:w="35" w:type="dxa"/>
              <w:right w:w="35" w:type="dxa"/>
            </w:tcMar>
            <w:vAlign w:val="center"/>
          </w:tcPr>
          <w:p w14:paraId="02B724D9" w14:textId="77777777" w:rsidR="00AC7EFD" w:rsidRPr="00021C8A" w:rsidRDefault="00000D7B">
            <w:pPr>
              <w:spacing w:line="228" w:lineRule="auto"/>
              <w:rPr>
                <w:rFonts w:asciiTheme="minorHAnsi" w:hAnsiTheme="minorHAnsi"/>
                <w:sz w:val="22"/>
                <w:szCs w:val="32"/>
              </w:rPr>
            </w:pPr>
            <w:r w:rsidRPr="00021C8A">
              <w:rPr>
                <w:rFonts w:asciiTheme="minorHAnsi" w:hAnsiTheme="minorHAnsi"/>
                <w:b/>
                <w:sz w:val="22"/>
                <w:szCs w:val="32"/>
              </w:rPr>
              <w:t>[$]</w:t>
            </w:r>
          </w:p>
        </w:tc>
      </w:tr>
    </w:tbl>
    <w:p w14:paraId="03210053" w14:textId="77777777" w:rsidR="00AE7EFF" w:rsidRDefault="00AE7EFF" w:rsidP="00AE7EFF">
      <w:pPr>
        <w:spacing w:after="60"/>
        <w:rPr>
          <w:rFonts w:asciiTheme="minorHAnsi" w:hAnsiTheme="minorHAnsi"/>
          <w:b/>
          <w:sz w:val="22"/>
        </w:rPr>
      </w:pPr>
    </w:p>
    <w:p w14:paraId="345633F6" w14:textId="30B74D66" w:rsidR="00AE7EFF" w:rsidRPr="008E44F8" w:rsidRDefault="00AE7EFF" w:rsidP="00AE7EFF">
      <w:pPr>
        <w:spacing w:after="60"/>
        <w:rPr>
          <w:rFonts w:asciiTheme="minorHAnsi" w:hAnsiTheme="minorHAnsi"/>
          <w:b/>
          <w:sz w:val="22"/>
        </w:rPr>
      </w:pPr>
      <w:r>
        <w:rPr>
          <w:rFonts w:asciiTheme="minorHAnsi" w:hAnsiTheme="minorHAnsi"/>
          <w:b/>
          <w:sz w:val="22"/>
        </w:rPr>
        <w:t>Supplies</w:t>
      </w:r>
    </w:p>
    <w:tbl>
      <w:tblPr>
        <w:tblStyle w:val="TableGrid"/>
        <w:tblW w:w="14400" w:type="dxa"/>
        <w:jc w:val="center"/>
        <w:tblLayout w:type="fixed"/>
        <w:tblLook w:val="04A0" w:firstRow="1" w:lastRow="0" w:firstColumn="1" w:lastColumn="0" w:noHBand="0" w:noVBand="1"/>
      </w:tblPr>
      <w:tblGrid>
        <w:gridCol w:w="6120"/>
        <w:gridCol w:w="1224"/>
        <w:gridCol w:w="1224"/>
        <w:gridCol w:w="1224"/>
        <w:gridCol w:w="1224"/>
        <w:gridCol w:w="1224"/>
        <w:gridCol w:w="2160"/>
      </w:tblGrid>
      <w:tr w:rsidR="00AE7EFF" w:rsidRPr="005D213A" w14:paraId="2E97667B" w14:textId="77777777" w:rsidTr="00423602">
        <w:trPr>
          <w:cantSplit/>
          <w:jc w:val="center"/>
        </w:trPr>
        <w:tc>
          <w:tcPr>
            <w:tcW w:w="6120" w:type="dxa"/>
            <w:shd w:val="clear" w:color="auto" w:fill="D9D9D9" w:themeFill="background1" w:themeFillShade="D9"/>
            <w:tcMar>
              <w:top w:w="35" w:type="dxa"/>
              <w:left w:w="35" w:type="dxa"/>
              <w:bottom w:w="35" w:type="dxa"/>
              <w:right w:w="35" w:type="dxa"/>
            </w:tcMar>
            <w:vAlign w:val="center"/>
          </w:tcPr>
          <w:p w14:paraId="7BA28F56" w14:textId="77777777" w:rsidR="00AE7EFF" w:rsidRPr="005D213A" w:rsidRDefault="00AE7EFF" w:rsidP="00423602">
            <w:pPr>
              <w:rPr>
                <w:rFonts w:asciiTheme="minorHAnsi" w:hAnsiTheme="minorHAnsi"/>
                <w:b/>
                <w:bCs/>
                <w:sz w:val="22"/>
                <w:highlight w:val="lightGray"/>
              </w:rPr>
            </w:pPr>
            <w:r w:rsidRPr="005D213A">
              <w:rPr>
                <w:rFonts w:asciiTheme="minorHAnsi" w:hAnsiTheme="minorHAnsi"/>
                <w:b/>
                <w:bCs/>
                <w:sz w:val="22"/>
                <w:highlight w:val="lightGray"/>
              </w:rPr>
              <w:t>Budget Line Item / Description</w:t>
            </w:r>
          </w:p>
        </w:tc>
        <w:tc>
          <w:tcPr>
            <w:tcW w:w="1224" w:type="dxa"/>
            <w:shd w:val="clear" w:color="auto" w:fill="D9D9D9" w:themeFill="background1" w:themeFillShade="D9"/>
            <w:tcMar>
              <w:top w:w="35" w:type="dxa"/>
              <w:left w:w="35" w:type="dxa"/>
              <w:bottom w:w="35" w:type="dxa"/>
              <w:right w:w="35" w:type="dxa"/>
            </w:tcMar>
            <w:vAlign w:val="center"/>
          </w:tcPr>
          <w:p w14:paraId="2661DB64" w14:textId="77777777" w:rsidR="00AE7EFF" w:rsidRPr="005D213A" w:rsidRDefault="00AE7EFF" w:rsidP="00423602">
            <w:pPr>
              <w:rPr>
                <w:rFonts w:asciiTheme="minorHAnsi" w:hAnsiTheme="minorHAnsi"/>
                <w:b/>
                <w:bCs/>
                <w:sz w:val="22"/>
                <w:highlight w:val="lightGray"/>
              </w:rPr>
            </w:pPr>
            <w:r w:rsidRPr="005D213A">
              <w:rPr>
                <w:rFonts w:asciiTheme="minorHAnsi" w:hAnsiTheme="minorHAnsi"/>
                <w:b/>
                <w:bCs/>
                <w:sz w:val="22"/>
                <w:highlight w:val="lightGray"/>
              </w:rPr>
              <w:t>Year 1</w:t>
            </w:r>
          </w:p>
        </w:tc>
        <w:tc>
          <w:tcPr>
            <w:tcW w:w="1224" w:type="dxa"/>
            <w:shd w:val="clear" w:color="auto" w:fill="D9D9D9" w:themeFill="background1" w:themeFillShade="D9"/>
            <w:tcMar>
              <w:top w:w="35" w:type="dxa"/>
              <w:left w:w="35" w:type="dxa"/>
              <w:bottom w:w="35" w:type="dxa"/>
              <w:right w:w="35" w:type="dxa"/>
            </w:tcMar>
            <w:vAlign w:val="center"/>
          </w:tcPr>
          <w:p w14:paraId="132A5CA1" w14:textId="77777777" w:rsidR="00AE7EFF" w:rsidRPr="005D213A" w:rsidRDefault="00AE7EFF" w:rsidP="00423602">
            <w:pPr>
              <w:rPr>
                <w:rFonts w:asciiTheme="minorHAnsi" w:hAnsiTheme="minorHAnsi"/>
                <w:b/>
                <w:bCs/>
                <w:sz w:val="22"/>
                <w:highlight w:val="lightGray"/>
              </w:rPr>
            </w:pPr>
            <w:r w:rsidRPr="005D213A">
              <w:rPr>
                <w:rFonts w:asciiTheme="minorHAnsi" w:hAnsiTheme="minorHAnsi"/>
                <w:b/>
                <w:bCs/>
                <w:sz w:val="22"/>
                <w:highlight w:val="lightGray"/>
              </w:rPr>
              <w:t>Year 2</w:t>
            </w:r>
          </w:p>
        </w:tc>
        <w:tc>
          <w:tcPr>
            <w:tcW w:w="1224" w:type="dxa"/>
            <w:shd w:val="clear" w:color="auto" w:fill="D9D9D9" w:themeFill="background1" w:themeFillShade="D9"/>
            <w:tcMar>
              <w:top w:w="35" w:type="dxa"/>
              <w:left w:w="35" w:type="dxa"/>
              <w:bottom w:w="35" w:type="dxa"/>
              <w:right w:w="35" w:type="dxa"/>
            </w:tcMar>
            <w:vAlign w:val="center"/>
          </w:tcPr>
          <w:p w14:paraId="5B304309" w14:textId="77777777" w:rsidR="00AE7EFF" w:rsidRPr="005D213A" w:rsidRDefault="00AE7EFF" w:rsidP="00423602">
            <w:pPr>
              <w:rPr>
                <w:rFonts w:asciiTheme="minorHAnsi" w:hAnsiTheme="minorHAnsi"/>
                <w:b/>
                <w:bCs/>
                <w:sz w:val="22"/>
                <w:highlight w:val="lightGray"/>
              </w:rPr>
            </w:pPr>
            <w:r w:rsidRPr="005D213A">
              <w:rPr>
                <w:rFonts w:asciiTheme="minorHAnsi" w:hAnsiTheme="minorHAnsi"/>
                <w:b/>
                <w:bCs/>
                <w:sz w:val="22"/>
                <w:highlight w:val="lightGray"/>
              </w:rPr>
              <w:t>Year 3</w:t>
            </w:r>
          </w:p>
        </w:tc>
        <w:tc>
          <w:tcPr>
            <w:tcW w:w="1224" w:type="dxa"/>
            <w:shd w:val="clear" w:color="auto" w:fill="D9D9D9" w:themeFill="background1" w:themeFillShade="D9"/>
            <w:tcMar>
              <w:top w:w="35" w:type="dxa"/>
              <w:left w:w="35" w:type="dxa"/>
              <w:bottom w:w="35" w:type="dxa"/>
              <w:right w:w="35" w:type="dxa"/>
            </w:tcMar>
            <w:vAlign w:val="center"/>
          </w:tcPr>
          <w:p w14:paraId="65889319" w14:textId="77777777" w:rsidR="00AE7EFF" w:rsidRPr="005D213A" w:rsidRDefault="00AE7EFF" w:rsidP="00423602">
            <w:pPr>
              <w:rPr>
                <w:rFonts w:asciiTheme="minorHAnsi" w:hAnsiTheme="minorHAnsi"/>
                <w:b/>
                <w:bCs/>
                <w:sz w:val="22"/>
                <w:highlight w:val="lightGray"/>
              </w:rPr>
            </w:pPr>
            <w:r w:rsidRPr="005D213A">
              <w:rPr>
                <w:rFonts w:asciiTheme="minorHAnsi" w:hAnsiTheme="minorHAnsi"/>
                <w:b/>
                <w:bCs/>
                <w:sz w:val="22"/>
                <w:highlight w:val="lightGray"/>
              </w:rPr>
              <w:t>Year 4</w:t>
            </w:r>
          </w:p>
        </w:tc>
        <w:tc>
          <w:tcPr>
            <w:tcW w:w="1224" w:type="dxa"/>
            <w:shd w:val="clear" w:color="auto" w:fill="D9D9D9" w:themeFill="background1" w:themeFillShade="D9"/>
            <w:tcMar>
              <w:top w:w="35" w:type="dxa"/>
              <w:left w:w="35" w:type="dxa"/>
              <w:bottom w:w="35" w:type="dxa"/>
              <w:right w:w="35" w:type="dxa"/>
            </w:tcMar>
            <w:vAlign w:val="center"/>
          </w:tcPr>
          <w:p w14:paraId="43801653" w14:textId="77777777" w:rsidR="00AE7EFF" w:rsidRPr="005D213A" w:rsidRDefault="00AE7EFF" w:rsidP="00423602">
            <w:pPr>
              <w:rPr>
                <w:rFonts w:asciiTheme="minorHAnsi" w:hAnsiTheme="minorHAnsi"/>
                <w:b/>
                <w:bCs/>
                <w:sz w:val="22"/>
                <w:highlight w:val="lightGray"/>
              </w:rPr>
            </w:pPr>
            <w:r w:rsidRPr="005D213A">
              <w:rPr>
                <w:rFonts w:asciiTheme="minorHAnsi" w:hAnsiTheme="minorHAnsi"/>
                <w:b/>
                <w:bCs/>
                <w:sz w:val="22"/>
                <w:highlight w:val="lightGray"/>
              </w:rPr>
              <w:t>Year 5</w:t>
            </w:r>
          </w:p>
        </w:tc>
        <w:tc>
          <w:tcPr>
            <w:tcW w:w="2160" w:type="dxa"/>
            <w:shd w:val="clear" w:color="auto" w:fill="D9D9D9" w:themeFill="background1" w:themeFillShade="D9"/>
            <w:tcMar>
              <w:top w:w="35" w:type="dxa"/>
              <w:left w:w="35" w:type="dxa"/>
              <w:bottom w:w="35" w:type="dxa"/>
              <w:right w:w="35" w:type="dxa"/>
            </w:tcMar>
            <w:vAlign w:val="center"/>
          </w:tcPr>
          <w:p w14:paraId="23E54BBD" w14:textId="77777777" w:rsidR="00AE7EFF" w:rsidRPr="005D213A" w:rsidRDefault="00AE7EFF" w:rsidP="00423602">
            <w:pPr>
              <w:rPr>
                <w:rFonts w:asciiTheme="minorHAnsi" w:hAnsiTheme="minorHAnsi"/>
                <w:b/>
                <w:bCs/>
                <w:sz w:val="22"/>
                <w:highlight w:val="lightGray"/>
              </w:rPr>
            </w:pPr>
            <w:r w:rsidRPr="005D213A">
              <w:rPr>
                <w:rFonts w:asciiTheme="minorHAnsi" w:hAnsiTheme="minorHAnsi"/>
                <w:b/>
                <w:bCs/>
                <w:sz w:val="22"/>
                <w:highlight w:val="lightGray"/>
              </w:rPr>
              <w:t>Category Total</w:t>
            </w:r>
          </w:p>
        </w:tc>
      </w:tr>
      <w:tr w:rsidR="00AE7EFF" w:rsidRPr="00021C8A" w14:paraId="34F43683" w14:textId="77777777" w:rsidTr="00423602">
        <w:trPr>
          <w:cantSplit/>
          <w:jc w:val="center"/>
        </w:trPr>
        <w:tc>
          <w:tcPr>
            <w:tcW w:w="6120" w:type="dxa"/>
            <w:tcMar>
              <w:top w:w="35" w:type="dxa"/>
              <w:left w:w="35" w:type="dxa"/>
              <w:bottom w:w="35" w:type="dxa"/>
              <w:right w:w="35" w:type="dxa"/>
            </w:tcMar>
            <w:vAlign w:val="center"/>
          </w:tcPr>
          <w:p w14:paraId="014347D7" w14:textId="1AB19D33" w:rsidR="00AE7EFF" w:rsidRDefault="00AE7EFF" w:rsidP="00423602">
            <w:r w:rsidRPr="00E571F3">
              <w:rPr>
                <w:rFonts w:asciiTheme="minorHAnsi" w:hAnsiTheme="minorHAnsi"/>
                <w:sz w:val="22"/>
              </w:rPr>
              <w:t>[</w:t>
            </w:r>
            <w:r w:rsidRPr="00AE7EFF">
              <w:rPr>
                <w:rFonts w:asciiTheme="minorHAnsi" w:hAnsiTheme="minorHAnsi"/>
                <w:sz w:val="22"/>
              </w:rPr>
              <w:t>Technical and Laboratory</w:t>
            </w:r>
            <w:r w:rsidRPr="00E571F3">
              <w:rPr>
                <w:rFonts w:asciiTheme="minorHAnsi" w:hAnsiTheme="minorHAnsi"/>
                <w:sz w:val="22"/>
              </w:rPr>
              <w:t>]</w:t>
            </w:r>
          </w:p>
        </w:tc>
        <w:tc>
          <w:tcPr>
            <w:tcW w:w="1224" w:type="dxa"/>
            <w:tcMar>
              <w:top w:w="35" w:type="dxa"/>
              <w:left w:w="35" w:type="dxa"/>
              <w:bottom w:w="35" w:type="dxa"/>
              <w:right w:w="35" w:type="dxa"/>
            </w:tcMar>
            <w:vAlign w:val="center"/>
          </w:tcPr>
          <w:p w14:paraId="0D27BDB4" w14:textId="77777777" w:rsidR="00AE7EFF" w:rsidRPr="00021C8A" w:rsidRDefault="00AE7EFF" w:rsidP="00423602">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48A55784" w14:textId="77777777" w:rsidR="00AE7EFF" w:rsidRPr="00021C8A" w:rsidRDefault="00AE7EFF" w:rsidP="00423602">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0A1B3FFB" w14:textId="77777777" w:rsidR="00AE7EFF" w:rsidRPr="00021C8A" w:rsidRDefault="00AE7EFF" w:rsidP="00423602">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527233E2" w14:textId="77777777" w:rsidR="00AE7EFF" w:rsidRPr="00021C8A" w:rsidRDefault="00AE7EFF" w:rsidP="00423602">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023D4BAF" w14:textId="77777777" w:rsidR="00AE7EFF" w:rsidRPr="00021C8A" w:rsidRDefault="00AE7EFF" w:rsidP="00423602">
            <w:pPr>
              <w:rPr>
                <w:rFonts w:asciiTheme="minorHAnsi" w:hAnsiTheme="minorHAnsi"/>
                <w:sz w:val="22"/>
              </w:rPr>
            </w:pPr>
            <w:r w:rsidRPr="00021C8A">
              <w:rPr>
                <w:rFonts w:asciiTheme="minorHAnsi" w:hAnsiTheme="minorHAnsi"/>
                <w:sz w:val="22"/>
              </w:rPr>
              <w:t>[$]</w:t>
            </w:r>
          </w:p>
        </w:tc>
        <w:tc>
          <w:tcPr>
            <w:tcW w:w="2160" w:type="dxa"/>
            <w:tcMar>
              <w:top w:w="35" w:type="dxa"/>
              <w:left w:w="35" w:type="dxa"/>
              <w:bottom w:w="35" w:type="dxa"/>
              <w:right w:w="35" w:type="dxa"/>
            </w:tcMar>
            <w:vAlign w:val="center"/>
          </w:tcPr>
          <w:p w14:paraId="048D1F3E" w14:textId="77777777" w:rsidR="00AE7EFF" w:rsidRPr="00021C8A" w:rsidRDefault="00AE7EFF" w:rsidP="00423602">
            <w:pPr>
              <w:rPr>
                <w:rFonts w:asciiTheme="minorHAnsi" w:hAnsiTheme="minorHAnsi"/>
                <w:sz w:val="22"/>
              </w:rPr>
            </w:pPr>
            <w:r w:rsidRPr="00021C8A">
              <w:rPr>
                <w:rFonts w:asciiTheme="minorHAnsi" w:hAnsiTheme="minorHAnsi"/>
                <w:sz w:val="22"/>
              </w:rPr>
              <w:t>[$]</w:t>
            </w:r>
          </w:p>
        </w:tc>
      </w:tr>
      <w:tr w:rsidR="00AE7EFF" w:rsidRPr="00021C8A" w14:paraId="20EAE5C2" w14:textId="77777777" w:rsidTr="00423602">
        <w:trPr>
          <w:cantSplit/>
          <w:jc w:val="center"/>
        </w:trPr>
        <w:tc>
          <w:tcPr>
            <w:tcW w:w="6120" w:type="dxa"/>
            <w:tcMar>
              <w:top w:w="35" w:type="dxa"/>
              <w:left w:w="35" w:type="dxa"/>
              <w:bottom w:w="35" w:type="dxa"/>
              <w:right w:w="35" w:type="dxa"/>
            </w:tcMar>
            <w:vAlign w:val="center"/>
          </w:tcPr>
          <w:p w14:paraId="3DF5D47C" w14:textId="77407492" w:rsidR="00AE7EFF" w:rsidRPr="00E571F3" w:rsidRDefault="00AE7EFF" w:rsidP="00AE7EFF">
            <w:pPr>
              <w:rPr>
                <w:rFonts w:asciiTheme="minorHAnsi" w:hAnsiTheme="minorHAnsi"/>
                <w:sz w:val="22"/>
              </w:rPr>
            </w:pPr>
            <w:r>
              <w:rPr>
                <w:rFonts w:asciiTheme="minorHAnsi" w:hAnsiTheme="minorHAnsi"/>
                <w:sz w:val="22"/>
              </w:rPr>
              <w:t>[</w:t>
            </w:r>
            <w:r w:rsidRPr="00AE7EFF">
              <w:rPr>
                <w:rFonts w:asciiTheme="minorHAnsi" w:hAnsiTheme="minorHAnsi"/>
                <w:sz w:val="22"/>
              </w:rPr>
              <w:t>Software</w:t>
            </w:r>
            <w:r>
              <w:rPr>
                <w:rFonts w:asciiTheme="minorHAnsi" w:hAnsiTheme="minorHAnsi"/>
                <w:sz w:val="22"/>
              </w:rPr>
              <w:t>]</w:t>
            </w:r>
          </w:p>
        </w:tc>
        <w:tc>
          <w:tcPr>
            <w:tcW w:w="1224" w:type="dxa"/>
            <w:tcMar>
              <w:top w:w="35" w:type="dxa"/>
              <w:left w:w="35" w:type="dxa"/>
              <w:bottom w:w="35" w:type="dxa"/>
              <w:right w:w="35" w:type="dxa"/>
            </w:tcMar>
            <w:vAlign w:val="center"/>
          </w:tcPr>
          <w:p w14:paraId="1AE56DB8" w14:textId="4D24D556" w:rsidR="00AE7EFF" w:rsidRPr="00021C8A" w:rsidRDefault="00AE7EFF" w:rsidP="00AE7EFF">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6EAEE90F" w14:textId="191925E0" w:rsidR="00AE7EFF" w:rsidRPr="00021C8A" w:rsidRDefault="00AE7EFF" w:rsidP="00AE7EFF">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472FCDA6" w14:textId="74CECFD9" w:rsidR="00AE7EFF" w:rsidRPr="00021C8A" w:rsidRDefault="00AE7EFF" w:rsidP="00AE7EFF">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0FF1340C" w14:textId="3D08B0FE" w:rsidR="00AE7EFF" w:rsidRPr="00021C8A" w:rsidRDefault="00AE7EFF" w:rsidP="00AE7EFF">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33666290" w14:textId="117ACF2D" w:rsidR="00AE7EFF" w:rsidRPr="00021C8A" w:rsidRDefault="00AE7EFF" w:rsidP="00AE7EFF">
            <w:pPr>
              <w:rPr>
                <w:rFonts w:asciiTheme="minorHAnsi" w:hAnsiTheme="minorHAnsi"/>
                <w:sz w:val="22"/>
              </w:rPr>
            </w:pPr>
            <w:r w:rsidRPr="00021C8A">
              <w:rPr>
                <w:rFonts w:asciiTheme="minorHAnsi" w:hAnsiTheme="minorHAnsi"/>
                <w:sz w:val="22"/>
              </w:rPr>
              <w:t>[$]</w:t>
            </w:r>
          </w:p>
        </w:tc>
        <w:tc>
          <w:tcPr>
            <w:tcW w:w="2160" w:type="dxa"/>
            <w:tcMar>
              <w:top w:w="35" w:type="dxa"/>
              <w:left w:w="35" w:type="dxa"/>
              <w:bottom w:w="35" w:type="dxa"/>
              <w:right w:w="35" w:type="dxa"/>
            </w:tcMar>
            <w:vAlign w:val="center"/>
          </w:tcPr>
          <w:p w14:paraId="79DFFC9C" w14:textId="2F6AAF17" w:rsidR="00AE7EFF" w:rsidRPr="00021C8A" w:rsidRDefault="00AE7EFF" w:rsidP="00AE7EFF">
            <w:pPr>
              <w:rPr>
                <w:rFonts w:asciiTheme="minorHAnsi" w:hAnsiTheme="minorHAnsi"/>
                <w:sz w:val="22"/>
              </w:rPr>
            </w:pPr>
            <w:r w:rsidRPr="00021C8A">
              <w:rPr>
                <w:rFonts w:asciiTheme="minorHAnsi" w:hAnsiTheme="minorHAnsi"/>
                <w:sz w:val="22"/>
              </w:rPr>
              <w:t>[$]</w:t>
            </w:r>
          </w:p>
        </w:tc>
      </w:tr>
      <w:tr w:rsidR="00AE7EFF" w:rsidRPr="00021C8A" w14:paraId="4B6B9C43" w14:textId="77777777" w:rsidTr="00423602">
        <w:trPr>
          <w:cantSplit/>
          <w:jc w:val="center"/>
        </w:trPr>
        <w:tc>
          <w:tcPr>
            <w:tcW w:w="6120" w:type="dxa"/>
            <w:tcMar>
              <w:top w:w="35" w:type="dxa"/>
              <w:left w:w="35" w:type="dxa"/>
              <w:bottom w:w="35" w:type="dxa"/>
              <w:right w:w="35" w:type="dxa"/>
            </w:tcMar>
            <w:vAlign w:val="center"/>
          </w:tcPr>
          <w:p w14:paraId="685C7306" w14:textId="4338BB01" w:rsidR="00AE7EFF" w:rsidRPr="00E571F3" w:rsidRDefault="00AE7EFF" w:rsidP="00AE7EFF">
            <w:pPr>
              <w:rPr>
                <w:rFonts w:asciiTheme="minorHAnsi" w:hAnsiTheme="minorHAnsi"/>
                <w:sz w:val="22"/>
              </w:rPr>
            </w:pPr>
            <w:r>
              <w:rPr>
                <w:rFonts w:asciiTheme="minorHAnsi" w:hAnsiTheme="minorHAnsi"/>
                <w:sz w:val="22"/>
              </w:rPr>
              <w:t>[</w:t>
            </w:r>
            <w:r w:rsidRPr="00AE7EFF">
              <w:rPr>
                <w:rFonts w:asciiTheme="minorHAnsi" w:hAnsiTheme="minorHAnsi"/>
                <w:sz w:val="22"/>
              </w:rPr>
              <w:t>Educational</w:t>
            </w:r>
            <w:r>
              <w:rPr>
                <w:rFonts w:asciiTheme="minorHAnsi" w:hAnsiTheme="minorHAnsi"/>
                <w:sz w:val="22"/>
              </w:rPr>
              <w:t>]</w:t>
            </w:r>
          </w:p>
        </w:tc>
        <w:tc>
          <w:tcPr>
            <w:tcW w:w="1224" w:type="dxa"/>
            <w:tcMar>
              <w:top w:w="35" w:type="dxa"/>
              <w:left w:w="35" w:type="dxa"/>
              <w:bottom w:w="35" w:type="dxa"/>
              <w:right w:w="35" w:type="dxa"/>
            </w:tcMar>
            <w:vAlign w:val="center"/>
          </w:tcPr>
          <w:p w14:paraId="3DB5891E" w14:textId="23AD4841" w:rsidR="00AE7EFF" w:rsidRPr="00021C8A" w:rsidRDefault="00AE7EFF" w:rsidP="00AE7EFF">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785A18DD" w14:textId="49B9AD8B" w:rsidR="00AE7EFF" w:rsidRPr="00021C8A" w:rsidRDefault="00AE7EFF" w:rsidP="00AE7EFF">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3378D5BD" w14:textId="734395B8" w:rsidR="00AE7EFF" w:rsidRPr="00021C8A" w:rsidRDefault="00AE7EFF" w:rsidP="00AE7EFF">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3DAC8C73" w14:textId="02D3A716" w:rsidR="00AE7EFF" w:rsidRPr="00021C8A" w:rsidRDefault="00AE7EFF" w:rsidP="00AE7EFF">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1F94FAFC" w14:textId="0CBDB88F" w:rsidR="00AE7EFF" w:rsidRPr="00021C8A" w:rsidRDefault="00AE7EFF" w:rsidP="00AE7EFF">
            <w:pPr>
              <w:rPr>
                <w:rFonts w:asciiTheme="minorHAnsi" w:hAnsiTheme="minorHAnsi"/>
                <w:sz w:val="22"/>
              </w:rPr>
            </w:pPr>
            <w:r w:rsidRPr="00021C8A">
              <w:rPr>
                <w:rFonts w:asciiTheme="minorHAnsi" w:hAnsiTheme="minorHAnsi"/>
                <w:sz w:val="22"/>
              </w:rPr>
              <w:t>[$]</w:t>
            </w:r>
          </w:p>
        </w:tc>
        <w:tc>
          <w:tcPr>
            <w:tcW w:w="2160" w:type="dxa"/>
            <w:tcMar>
              <w:top w:w="35" w:type="dxa"/>
              <w:left w:w="35" w:type="dxa"/>
              <w:bottom w:w="35" w:type="dxa"/>
              <w:right w:w="35" w:type="dxa"/>
            </w:tcMar>
            <w:vAlign w:val="center"/>
          </w:tcPr>
          <w:p w14:paraId="316D5BE8" w14:textId="655DF6F4" w:rsidR="00AE7EFF" w:rsidRPr="00021C8A" w:rsidRDefault="00AE7EFF" w:rsidP="00AE7EFF">
            <w:pPr>
              <w:rPr>
                <w:rFonts w:asciiTheme="minorHAnsi" w:hAnsiTheme="minorHAnsi"/>
                <w:sz w:val="22"/>
              </w:rPr>
            </w:pPr>
            <w:r w:rsidRPr="00021C8A">
              <w:rPr>
                <w:rFonts w:asciiTheme="minorHAnsi" w:hAnsiTheme="minorHAnsi"/>
                <w:sz w:val="22"/>
              </w:rPr>
              <w:t>[$]</w:t>
            </w:r>
          </w:p>
        </w:tc>
      </w:tr>
      <w:tr w:rsidR="00AE7EFF" w:rsidRPr="00021C8A" w14:paraId="75CF6735" w14:textId="77777777" w:rsidTr="00423602">
        <w:trPr>
          <w:cantSplit/>
          <w:jc w:val="center"/>
        </w:trPr>
        <w:tc>
          <w:tcPr>
            <w:tcW w:w="6120" w:type="dxa"/>
            <w:shd w:val="clear" w:color="auto" w:fill="E7E6E6"/>
            <w:tcMar>
              <w:top w:w="35" w:type="dxa"/>
              <w:left w:w="35" w:type="dxa"/>
              <w:bottom w:w="35" w:type="dxa"/>
              <w:right w:w="35" w:type="dxa"/>
            </w:tcMar>
            <w:vAlign w:val="center"/>
          </w:tcPr>
          <w:p w14:paraId="17DC17C6" w14:textId="77777777" w:rsidR="00AE7EFF" w:rsidRPr="00021C8A" w:rsidRDefault="00AE7EFF" w:rsidP="00AE7EFF">
            <w:pPr>
              <w:spacing w:line="228" w:lineRule="auto"/>
              <w:rPr>
                <w:rFonts w:asciiTheme="minorHAnsi" w:hAnsiTheme="minorHAnsi"/>
                <w:sz w:val="22"/>
                <w:szCs w:val="32"/>
              </w:rPr>
            </w:pPr>
            <w:r w:rsidRPr="00021C8A">
              <w:rPr>
                <w:rFonts w:asciiTheme="minorHAnsi" w:hAnsiTheme="minorHAnsi"/>
                <w:b/>
                <w:sz w:val="22"/>
                <w:szCs w:val="32"/>
              </w:rPr>
              <w:t>TOTAL EQUIPMENT</w:t>
            </w:r>
          </w:p>
        </w:tc>
        <w:tc>
          <w:tcPr>
            <w:tcW w:w="1224" w:type="dxa"/>
            <w:shd w:val="clear" w:color="auto" w:fill="E7E6E6"/>
            <w:tcMar>
              <w:top w:w="35" w:type="dxa"/>
              <w:left w:w="35" w:type="dxa"/>
              <w:bottom w:w="35" w:type="dxa"/>
              <w:right w:w="35" w:type="dxa"/>
            </w:tcMar>
            <w:vAlign w:val="center"/>
          </w:tcPr>
          <w:p w14:paraId="7188C980" w14:textId="77777777" w:rsidR="00AE7EFF" w:rsidRPr="00021C8A" w:rsidRDefault="00AE7EFF" w:rsidP="00AE7EFF">
            <w:pPr>
              <w:spacing w:line="228" w:lineRule="auto"/>
              <w:rPr>
                <w:rFonts w:asciiTheme="minorHAnsi" w:hAnsiTheme="minorHAnsi"/>
                <w:sz w:val="22"/>
                <w:szCs w:val="32"/>
              </w:rPr>
            </w:pPr>
            <w:r w:rsidRPr="00021C8A">
              <w:rPr>
                <w:rFonts w:asciiTheme="minorHAnsi" w:hAnsiTheme="minorHAnsi"/>
                <w:b/>
                <w:sz w:val="22"/>
                <w:szCs w:val="32"/>
              </w:rPr>
              <w:t>[$]</w:t>
            </w:r>
          </w:p>
        </w:tc>
        <w:tc>
          <w:tcPr>
            <w:tcW w:w="1224" w:type="dxa"/>
            <w:shd w:val="clear" w:color="auto" w:fill="E7E6E6"/>
            <w:tcMar>
              <w:top w:w="35" w:type="dxa"/>
              <w:left w:w="35" w:type="dxa"/>
              <w:bottom w:w="35" w:type="dxa"/>
              <w:right w:w="35" w:type="dxa"/>
            </w:tcMar>
            <w:vAlign w:val="center"/>
          </w:tcPr>
          <w:p w14:paraId="27A72F65" w14:textId="77777777" w:rsidR="00AE7EFF" w:rsidRPr="00021C8A" w:rsidRDefault="00AE7EFF" w:rsidP="00AE7EFF">
            <w:pPr>
              <w:spacing w:line="228" w:lineRule="auto"/>
              <w:rPr>
                <w:rFonts w:asciiTheme="minorHAnsi" w:hAnsiTheme="minorHAnsi"/>
                <w:sz w:val="22"/>
                <w:szCs w:val="32"/>
              </w:rPr>
            </w:pPr>
            <w:r w:rsidRPr="00021C8A">
              <w:rPr>
                <w:rFonts w:asciiTheme="minorHAnsi" w:hAnsiTheme="minorHAnsi"/>
                <w:b/>
                <w:sz w:val="22"/>
                <w:szCs w:val="32"/>
              </w:rPr>
              <w:t>[$]</w:t>
            </w:r>
          </w:p>
        </w:tc>
        <w:tc>
          <w:tcPr>
            <w:tcW w:w="1224" w:type="dxa"/>
            <w:shd w:val="clear" w:color="auto" w:fill="E7E6E6"/>
            <w:tcMar>
              <w:top w:w="35" w:type="dxa"/>
              <w:left w:w="35" w:type="dxa"/>
              <w:bottom w:w="35" w:type="dxa"/>
              <w:right w:w="35" w:type="dxa"/>
            </w:tcMar>
            <w:vAlign w:val="center"/>
          </w:tcPr>
          <w:p w14:paraId="53D20989" w14:textId="77777777" w:rsidR="00AE7EFF" w:rsidRPr="00021C8A" w:rsidRDefault="00AE7EFF" w:rsidP="00AE7EFF">
            <w:pPr>
              <w:spacing w:line="228" w:lineRule="auto"/>
              <w:rPr>
                <w:rFonts w:asciiTheme="minorHAnsi" w:hAnsiTheme="minorHAnsi"/>
                <w:sz w:val="22"/>
                <w:szCs w:val="32"/>
              </w:rPr>
            </w:pPr>
            <w:r w:rsidRPr="00021C8A">
              <w:rPr>
                <w:rFonts w:asciiTheme="minorHAnsi" w:hAnsiTheme="minorHAnsi"/>
                <w:b/>
                <w:sz w:val="22"/>
                <w:szCs w:val="32"/>
              </w:rPr>
              <w:t>[$]</w:t>
            </w:r>
          </w:p>
        </w:tc>
        <w:tc>
          <w:tcPr>
            <w:tcW w:w="1224" w:type="dxa"/>
            <w:shd w:val="clear" w:color="auto" w:fill="E7E6E6"/>
            <w:tcMar>
              <w:top w:w="35" w:type="dxa"/>
              <w:left w:w="35" w:type="dxa"/>
              <w:bottom w:w="35" w:type="dxa"/>
              <w:right w:w="35" w:type="dxa"/>
            </w:tcMar>
            <w:vAlign w:val="center"/>
          </w:tcPr>
          <w:p w14:paraId="3BC4B06D" w14:textId="77777777" w:rsidR="00AE7EFF" w:rsidRPr="00021C8A" w:rsidRDefault="00AE7EFF" w:rsidP="00AE7EFF">
            <w:pPr>
              <w:spacing w:line="228" w:lineRule="auto"/>
              <w:rPr>
                <w:rFonts w:asciiTheme="minorHAnsi" w:hAnsiTheme="minorHAnsi"/>
                <w:sz w:val="22"/>
                <w:szCs w:val="32"/>
              </w:rPr>
            </w:pPr>
            <w:r w:rsidRPr="00021C8A">
              <w:rPr>
                <w:rFonts w:asciiTheme="minorHAnsi" w:hAnsiTheme="minorHAnsi"/>
                <w:b/>
                <w:sz w:val="22"/>
                <w:szCs w:val="32"/>
              </w:rPr>
              <w:t>[$]</w:t>
            </w:r>
          </w:p>
        </w:tc>
        <w:tc>
          <w:tcPr>
            <w:tcW w:w="1224" w:type="dxa"/>
            <w:shd w:val="clear" w:color="auto" w:fill="E7E6E6"/>
            <w:tcMar>
              <w:top w:w="35" w:type="dxa"/>
              <w:left w:w="35" w:type="dxa"/>
              <w:bottom w:w="35" w:type="dxa"/>
              <w:right w:w="35" w:type="dxa"/>
            </w:tcMar>
            <w:vAlign w:val="center"/>
          </w:tcPr>
          <w:p w14:paraId="03B10F68" w14:textId="77777777" w:rsidR="00AE7EFF" w:rsidRPr="00021C8A" w:rsidRDefault="00AE7EFF" w:rsidP="00AE7EFF">
            <w:pPr>
              <w:spacing w:line="228" w:lineRule="auto"/>
              <w:rPr>
                <w:rFonts w:asciiTheme="minorHAnsi" w:hAnsiTheme="minorHAnsi"/>
                <w:sz w:val="22"/>
                <w:szCs w:val="32"/>
              </w:rPr>
            </w:pPr>
            <w:r w:rsidRPr="00021C8A">
              <w:rPr>
                <w:rFonts w:asciiTheme="minorHAnsi" w:hAnsiTheme="minorHAnsi"/>
                <w:b/>
                <w:sz w:val="22"/>
                <w:szCs w:val="32"/>
              </w:rPr>
              <w:t>[$]</w:t>
            </w:r>
          </w:p>
        </w:tc>
        <w:tc>
          <w:tcPr>
            <w:tcW w:w="2160" w:type="dxa"/>
            <w:shd w:val="clear" w:color="auto" w:fill="E7E6E6"/>
            <w:tcMar>
              <w:top w:w="35" w:type="dxa"/>
              <w:left w:w="35" w:type="dxa"/>
              <w:bottom w:w="35" w:type="dxa"/>
              <w:right w:w="35" w:type="dxa"/>
            </w:tcMar>
            <w:vAlign w:val="center"/>
          </w:tcPr>
          <w:p w14:paraId="3AA8B909" w14:textId="77777777" w:rsidR="00AE7EFF" w:rsidRPr="00021C8A" w:rsidRDefault="00AE7EFF" w:rsidP="00AE7EFF">
            <w:pPr>
              <w:spacing w:line="228" w:lineRule="auto"/>
              <w:rPr>
                <w:rFonts w:asciiTheme="minorHAnsi" w:hAnsiTheme="minorHAnsi"/>
                <w:sz w:val="22"/>
                <w:szCs w:val="32"/>
              </w:rPr>
            </w:pPr>
            <w:r w:rsidRPr="00021C8A">
              <w:rPr>
                <w:rFonts w:asciiTheme="minorHAnsi" w:hAnsiTheme="minorHAnsi"/>
                <w:b/>
                <w:sz w:val="22"/>
                <w:szCs w:val="32"/>
              </w:rPr>
              <w:t>[$]</w:t>
            </w:r>
          </w:p>
        </w:tc>
      </w:tr>
    </w:tbl>
    <w:p w14:paraId="614B1C1F" w14:textId="517D6078" w:rsidR="00AC7EFD" w:rsidRPr="008E44F8" w:rsidRDefault="00000D7B" w:rsidP="00E571F3">
      <w:pPr>
        <w:spacing w:before="240" w:after="60"/>
        <w:rPr>
          <w:rFonts w:asciiTheme="minorHAnsi" w:hAnsiTheme="minorHAnsi"/>
          <w:b/>
          <w:sz w:val="22"/>
        </w:rPr>
      </w:pPr>
      <w:r w:rsidRPr="00E571F3">
        <w:rPr>
          <w:rFonts w:asciiTheme="minorHAnsi" w:hAnsiTheme="minorHAnsi"/>
          <w:b/>
          <w:sz w:val="22"/>
        </w:rPr>
        <w:t>Professional Services</w:t>
      </w:r>
    </w:p>
    <w:tbl>
      <w:tblPr>
        <w:tblStyle w:val="TableGrid"/>
        <w:tblW w:w="14400" w:type="dxa"/>
        <w:jc w:val="center"/>
        <w:tblLayout w:type="fixed"/>
        <w:tblLook w:val="04A0" w:firstRow="1" w:lastRow="0" w:firstColumn="1" w:lastColumn="0" w:noHBand="0" w:noVBand="1"/>
      </w:tblPr>
      <w:tblGrid>
        <w:gridCol w:w="6120"/>
        <w:gridCol w:w="1224"/>
        <w:gridCol w:w="1224"/>
        <w:gridCol w:w="1224"/>
        <w:gridCol w:w="1224"/>
        <w:gridCol w:w="1224"/>
        <w:gridCol w:w="2160"/>
      </w:tblGrid>
      <w:tr w:rsidR="00AC7EFD" w14:paraId="20984E99" w14:textId="77777777" w:rsidTr="008E44F8">
        <w:trPr>
          <w:cantSplit/>
          <w:jc w:val="center"/>
        </w:trPr>
        <w:tc>
          <w:tcPr>
            <w:tcW w:w="6120" w:type="dxa"/>
            <w:shd w:val="clear" w:color="auto" w:fill="D9D9D9" w:themeFill="background1" w:themeFillShade="D9"/>
            <w:tcMar>
              <w:top w:w="35" w:type="dxa"/>
              <w:left w:w="35" w:type="dxa"/>
              <w:bottom w:w="35" w:type="dxa"/>
              <w:right w:w="35" w:type="dxa"/>
            </w:tcMar>
            <w:vAlign w:val="center"/>
          </w:tcPr>
          <w:p w14:paraId="1982BFB5" w14:textId="77777777" w:rsidR="00862576" w:rsidRPr="00E571F3" w:rsidRDefault="00F219E5">
            <w:pPr>
              <w:rPr>
                <w:rFonts w:asciiTheme="minorHAnsi" w:hAnsiTheme="minorHAnsi"/>
                <w:b/>
                <w:bCs/>
                <w:sz w:val="22"/>
                <w:highlight w:val="lightGray"/>
              </w:rPr>
            </w:pPr>
            <w:r w:rsidRPr="00E571F3">
              <w:rPr>
                <w:rFonts w:asciiTheme="minorHAnsi" w:hAnsiTheme="minorHAnsi"/>
                <w:b/>
                <w:bCs/>
                <w:sz w:val="22"/>
                <w:highlight w:val="lightGray"/>
              </w:rPr>
              <w:t>Budget Line Item / Description</w:t>
            </w:r>
          </w:p>
        </w:tc>
        <w:tc>
          <w:tcPr>
            <w:tcW w:w="1224" w:type="dxa"/>
            <w:shd w:val="clear" w:color="auto" w:fill="D9D9D9" w:themeFill="background1" w:themeFillShade="D9"/>
            <w:tcMar>
              <w:top w:w="35" w:type="dxa"/>
              <w:left w:w="35" w:type="dxa"/>
              <w:bottom w:w="35" w:type="dxa"/>
              <w:right w:w="35" w:type="dxa"/>
            </w:tcMar>
            <w:vAlign w:val="center"/>
          </w:tcPr>
          <w:p w14:paraId="4801528D" w14:textId="77777777" w:rsidR="00862576" w:rsidRPr="00E571F3" w:rsidRDefault="00F219E5">
            <w:pPr>
              <w:rPr>
                <w:rFonts w:asciiTheme="minorHAnsi" w:hAnsiTheme="minorHAnsi"/>
                <w:b/>
                <w:bCs/>
                <w:sz w:val="22"/>
                <w:highlight w:val="lightGray"/>
              </w:rPr>
            </w:pPr>
            <w:r w:rsidRPr="00E571F3">
              <w:rPr>
                <w:rFonts w:asciiTheme="minorHAnsi" w:hAnsiTheme="minorHAnsi"/>
                <w:b/>
                <w:bCs/>
                <w:sz w:val="22"/>
                <w:highlight w:val="lightGray"/>
              </w:rPr>
              <w:t>Year 1</w:t>
            </w:r>
          </w:p>
        </w:tc>
        <w:tc>
          <w:tcPr>
            <w:tcW w:w="1224" w:type="dxa"/>
            <w:shd w:val="clear" w:color="auto" w:fill="D9D9D9" w:themeFill="background1" w:themeFillShade="D9"/>
            <w:tcMar>
              <w:top w:w="35" w:type="dxa"/>
              <w:left w:w="35" w:type="dxa"/>
              <w:bottom w:w="35" w:type="dxa"/>
              <w:right w:w="35" w:type="dxa"/>
            </w:tcMar>
            <w:vAlign w:val="center"/>
          </w:tcPr>
          <w:p w14:paraId="75C8D638" w14:textId="77777777" w:rsidR="00862576" w:rsidRPr="00E571F3" w:rsidRDefault="00F219E5">
            <w:pPr>
              <w:rPr>
                <w:rFonts w:asciiTheme="minorHAnsi" w:hAnsiTheme="minorHAnsi"/>
                <w:b/>
                <w:bCs/>
                <w:sz w:val="22"/>
                <w:highlight w:val="lightGray"/>
              </w:rPr>
            </w:pPr>
            <w:r w:rsidRPr="00E571F3">
              <w:rPr>
                <w:rFonts w:asciiTheme="minorHAnsi" w:hAnsiTheme="minorHAnsi"/>
                <w:b/>
                <w:bCs/>
                <w:sz w:val="22"/>
                <w:highlight w:val="lightGray"/>
              </w:rPr>
              <w:t>Year 2</w:t>
            </w:r>
          </w:p>
        </w:tc>
        <w:tc>
          <w:tcPr>
            <w:tcW w:w="1224" w:type="dxa"/>
            <w:shd w:val="clear" w:color="auto" w:fill="D9D9D9" w:themeFill="background1" w:themeFillShade="D9"/>
            <w:tcMar>
              <w:top w:w="35" w:type="dxa"/>
              <w:left w:w="35" w:type="dxa"/>
              <w:bottom w:w="35" w:type="dxa"/>
              <w:right w:w="35" w:type="dxa"/>
            </w:tcMar>
            <w:vAlign w:val="center"/>
          </w:tcPr>
          <w:p w14:paraId="34CF0ADF" w14:textId="77777777" w:rsidR="00862576" w:rsidRPr="00E571F3" w:rsidRDefault="00F219E5">
            <w:pPr>
              <w:rPr>
                <w:rFonts w:asciiTheme="minorHAnsi" w:hAnsiTheme="minorHAnsi"/>
                <w:b/>
                <w:bCs/>
                <w:sz w:val="22"/>
                <w:highlight w:val="lightGray"/>
              </w:rPr>
            </w:pPr>
            <w:r w:rsidRPr="00E571F3">
              <w:rPr>
                <w:rFonts w:asciiTheme="minorHAnsi" w:hAnsiTheme="minorHAnsi"/>
                <w:b/>
                <w:bCs/>
                <w:sz w:val="22"/>
                <w:highlight w:val="lightGray"/>
              </w:rPr>
              <w:t>Year 3</w:t>
            </w:r>
          </w:p>
        </w:tc>
        <w:tc>
          <w:tcPr>
            <w:tcW w:w="1224" w:type="dxa"/>
            <w:shd w:val="clear" w:color="auto" w:fill="D9D9D9" w:themeFill="background1" w:themeFillShade="D9"/>
            <w:tcMar>
              <w:top w:w="35" w:type="dxa"/>
              <w:left w:w="35" w:type="dxa"/>
              <w:bottom w:w="35" w:type="dxa"/>
              <w:right w:w="35" w:type="dxa"/>
            </w:tcMar>
            <w:vAlign w:val="center"/>
          </w:tcPr>
          <w:p w14:paraId="05E0CF7A" w14:textId="77777777" w:rsidR="00862576" w:rsidRPr="00E571F3" w:rsidRDefault="00F219E5">
            <w:pPr>
              <w:rPr>
                <w:rFonts w:asciiTheme="minorHAnsi" w:hAnsiTheme="minorHAnsi"/>
                <w:b/>
                <w:bCs/>
                <w:sz w:val="22"/>
                <w:highlight w:val="lightGray"/>
              </w:rPr>
            </w:pPr>
            <w:r w:rsidRPr="00E571F3">
              <w:rPr>
                <w:rFonts w:asciiTheme="minorHAnsi" w:hAnsiTheme="minorHAnsi"/>
                <w:b/>
                <w:bCs/>
                <w:sz w:val="22"/>
                <w:highlight w:val="lightGray"/>
              </w:rPr>
              <w:t>Year 4</w:t>
            </w:r>
          </w:p>
        </w:tc>
        <w:tc>
          <w:tcPr>
            <w:tcW w:w="1224" w:type="dxa"/>
            <w:shd w:val="clear" w:color="auto" w:fill="D9D9D9" w:themeFill="background1" w:themeFillShade="D9"/>
            <w:tcMar>
              <w:top w:w="35" w:type="dxa"/>
              <w:left w:w="35" w:type="dxa"/>
              <w:bottom w:w="35" w:type="dxa"/>
              <w:right w:w="35" w:type="dxa"/>
            </w:tcMar>
            <w:vAlign w:val="center"/>
          </w:tcPr>
          <w:p w14:paraId="1C843338" w14:textId="77777777" w:rsidR="00862576" w:rsidRPr="00E571F3" w:rsidRDefault="00F219E5">
            <w:pPr>
              <w:rPr>
                <w:rFonts w:asciiTheme="minorHAnsi" w:hAnsiTheme="minorHAnsi"/>
                <w:b/>
                <w:bCs/>
                <w:sz w:val="22"/>
                <w:highlight w:val="lightGray"/>
              </w:rPr>
            </w:pPr>
            <w:r w:rsidRPr="00E571F3">
              <w:rPr>
                <w:rFonts w:asciiTheme="minorHAnsi" w:hAnsiTheme="minorHAnsi"/>
                <w:b/>
                <w:bCs/>
                <w:sz w:val="22"/>
                <w:highlight w:val="lightGray"/>
              </w:rPr>
              <w:t>Year 5</w:t>
            </w:r>
          </w:p>
        </w:tc>
        <w:tc>
          <w:tcPr>
            <w:tcW w:w="2160" w:type="dxa"/>
            <w:shd w:val="clear" w:color="auto" w:fill="D9D9D9" w:themeFill="background1" w:themeFillShade="D9"/>
            <w:tcMar>
              <w:top w:w="35" w:type="dxa"/>
              <w:left w:w="35" w:type="dxa"/>
              <w:bottom w:w="35" w:type="dxa"/>
              <w:right w:w="35" w:type="dxa"/>
            </w:tcMar>
            <w:vAlign w:val="center"/>
          </w:tcPr>
          <w:p w14:paraId="16ADB227" w14:textId="77777777" w:rsidR="00862576" w:rsidRPr="00E571F3" w:rsidRDefault="00F219E5">
            <w:pPr>
              <w:rPr>
                <w:rFonts w:asciiTheme="minorHAnsi" w:hAnsiTheme="minorHAnsi"/>
                <w:b/>
                <w:bCs/>
                <w:sz w:val="22"/>
                <w:highlight w:val="lightGray"/>
              </w:rPr>
            </w:pPr>
            <w:r w:rsidRPr="00E571F3">
              <w:rPr>
                <w:rFonts w:asciiTheme="minorHAnsi" w:hAnsiTheme="minorHAnsi"/>
                <w:b/>
                <w:bCs/>
                <w:sz w:val="22"/>
                <w:highlight w:val="lightGray"/>
              </w:rPr>
              <w:t>Category Total</w:t>
            </w:r>
          </w:p>
        </w:tc>
      </w:tr>
      <w:tr w:rsidR="00AC7EFD" w14:paraId="33DC7B3E" w14:textId="77777777">
        <w:trPr>
          <w:cantSplit/>
          <w:jc w:val="center"/>
        </w:trPr>
        <w:tc>
          <w:tcPr>
            <w:tcW w:w="6120" w:type="dxa"/>
            <w:tcMar>
              <w:top w:w="35" w:type="dxa"/>
              <w:left w:w="35" w:type="dxa"/>
              <w:bottom w:w="35" w:type="dxa"/>
              <w:right w:w="35" w:type="dxa"/>
            </w:tcMar>
            <w:vAlign w:val="center"/>
          </w:tcPr>
          <w:p w14:paraId="0E0C018D" w14:textId="77777777" w:rsidR="00862576" w:rsidRPr="00E571F3" w:rsidRDefault="00F219E5">
            <w:pPr>
              <w:rPr>
                <w:rFonts w:asciiTheme="minorHAnsi" w:hAnsiTheme="minorHAnsi"/>
                <w:sz w:val="22"/>
              </w:rPr>
            </w:pPr>
            <w:r w:rsidRPr="00E571F3">
              <w:rPr>
                <w:rFonts w:asciiTheme="minorHAnsi" w:hAnsiTheme="minorHAnsi"/>
                <w:sz w:val="22"/>
              </w:rPr>
              <w:t>[Contractors: scope of work, rate, and calculation basis]</w:t>
            </w:r>
          </w:p>
        </w:tc>
        <w:tc>
          <w:tcPr>
            <w:tcW w:w="1224" w:type="dxa"/>
            <w:tcMar>
              <w:top w:w="35" w:type="dxa"/>
              <w:left w:w="35" w:type="dxa"/>
              <w:bottom w:w="35" w:type="dxa"/>
              <w:right w:w="35" w:type="dxa"/>
            </w:tcMar>
            <w:vAlign w:val="center"/>
          </w:tcPr>
          <w:p w14:paraId="7DA43A03" w14:textId="77777777" w:rsidR="00862576" w:rsidRPr="00E571F3" w:rsidRDefault="00F219E5">
            <w:pPr>
              <w:rPr>
                <w:rFonts w:asciiTheme="minorHAnsi" w:hAnsiTheme="minorHAnsi"/>
                <w:sz w:val="22"/>
              </w:rPr>
            </w:pPr>
            <w:r w:rsidRPr="00E571F3">
              <w:rPr>
                <w:rFonts w:asciiTheme="minorHAnsi" w:hAnsiTheme="minorHAnsi"/>
                <w:sz w:val="22"/>
              </w:rPr>
              <w:t>[$]</w:t>
            </w:r>
          </w:p>
        </w:tc>
        <w:tc>
          <w:tcPr>
            <w:tcW w:w="1224" w:type="dxa"/>
            <w:tcMar>
              <w:top w:w="35" w:type="dxa"/>
              <w:left w:w="35" w:type="dxa"/>
              <w:bottom w:w="35" w:type="dxa"/>
              <w:right w:w="35" w:type="dxa"/>
            </w:tcMar>
            <w:vAlign w:val="center"/>
          </w:tcPr>
          <w:p w14:paraId="20528359" w14:textId="77777777" w:rsidR="00862576" w:rsidRPr="00E571F3" w:rsidRDefault="00F219E5">
            <w:pPr>
              <w:rPr>
                <w:rFonts w:asciiTheme="minorHAnsi" w:hAnsiTheme="minorHAnsi"/>
                <w:sz w:val="22"/>
              </w:rPr>
            </w:pPr>
            <w:r w:rsidRPr="00E571F3">
              <w:rPr>
                <w:rFonts w:asciiTheme="minorHAnsi" w:hAnsiTheme="minorHAnsi"/>
                <w:sz w:val="22"/>
              </w:rPr>
              <w:t>[$]</w:t>
            </w:r>
          </w:p>
        </w:tc>
        <w:tc>
          <w:tcPr>
            <w:tcW w:w="1224" w:type="dxa"/>
            <w:tcMar>
              <w:top w:w="35" w:type="dxa"/>
              <w:left w:w="35" w:type="dxa"/>
              <w:bottom w:w="35" w:type="dxa"/>
              <w:right w:w="35" w:type="dxa"/>
            </w:tcMar>
            <w:vAlign w:val="center"/>
          </w:tcPr>
          <w:p w14:paraId="1885A35C" w14:textId="77777777" w:rsidR="00862576" w:rsidRPr="00E571F3" w:rsidRDefault="00F219E5">
            <w:pPr>
              <w:rPr>
                <w:rFonts w:asciiTheme="minorHAnsi" w:hAnsiTheme="minorHAnsi"/>
                <w:sz w:val="22"/>
              </w:rPr>
            </w:pPr>
            <w:r w:rsidRPr="00E571F3">
              <w:rPr>
                <w:rFonts w:asciiTheme="minorHAnsi" w:hAnsiTheme="minorHAnsi"/>
                <w:sz w:val="22"/>
              </w:rPr>
              <w:t>[$]</w:t>
            </w:r>
          </w:p>
        </w:tc>
        <w:tc>
          <w:tcPr>
            <w:tcW w:w="1224" w:type="dxa"/>
            <w:tcMar>
              <w:top w:w="35" w:type="dxa"/>
              <w:left w:w="35" w:type="dxa"/>
              <w:bottom w:w="35" w:type="dxa"/>
              <w:right w:w="35" w:type="dxa"/>
            </w:tcMar>
            <w:vAlign w:val="center"/>
          </w:tcPr>
          <w:p w14:paraId="59D8B279" w14:textId="77777777" w:rsidR="00862576" w:rsidRPr="00E571F3" w:rsidRDefault="00F219E5">
            <w:pPr>
              <w:rPr>
                <w:rFonts w:asciiTheme="minorHAnsi" w:hAnsiTheme="minorHAnsi"/>
                <w:sz w:val="22"/>
              </w:rPr>
            </w:pPr>
            <w:r w:rsidRPr="00E571F3">
              <w:rPr>
                <w:rFonts w:asciiTheme="minorHAnsi" w:hAnsiTheme="minorHAnsi"/>
                <w:sz w:val="22"/>
              </w:rPr>
              <w:t>[$]</w:t>
            </w:r>
          </w:p>
        </w:tc>
        <w:tc>
          <w:tcPr>
            <w:tcW w:w="1224" w:type="dxa"/>
            <w:tcMar>
              <w:top w:w="35" w:type="dxa"/>
              <w:left w:w="35" w:type="dxa"/>
              <w:bottom w:w="35" w:type="dxa"/>
              <w:right w:w="35" w:type="dxa"/>
            </w:tcMar>
            <w:vAlign w:val="center"/>
          </w:tcPr>
          <w:p w14:paraId="6943B2AE" w14:textId="77777777" w:rsidR="00862576" w:rsidRPr="00E571F3" w:rsidRDefault="00F219E5">
            <w:pPr>
              <w:rPr>
                <w:rFonts w:asciiTheme="minorHAnsi" w:hAnsiTheme="minorHAnsi"/>
                <w:sz w:val="22"/>
              </w:rPr>
            </w:pPr>
            <w:r w:rsidRPr="00E571F3">
              <w:rPr>
                <w:rFonts w:asciiTheme="minorHAnsi" w:hAnsiTheme="minorHAnsi"/>
                <w:sz w:val="22"/>
              </w:rPr>
              <w:t>[$]</w:t>
            </w:r>
          </w:p>
        </w:tc>
        <w:tc>
          <w:tcPr>
            <w:tcW w:w="2160" w:type="dxa"/>
            <w:tcMar>
              <w:top w:w="35" w:type="dxa"/>
              <w:left w:w="35" w:type="dxa"/>
              <w:bottom w:w="35" w:type="dxa"/>
              <w:right w:w="35" w:type="dxa"/>
            </w:tcMar>
            <w:vAlign w:val="center"/>
          </w:tcPr>
          <w:p w14:paraId="652ABE89" w14:textId="77777777" w:rsidR="00862576" w:rsidRPr="00E571F3" w:rsidRDefault="00F219E5">
            <w:pPr>
              <w:rPr>
                <w:rFonts w:asciiTheme="minorHAnsi" w:hAnsiTheme="minorHAnsi"/>
                <w:sz w:val="22"/>
              </w:rPr>
            </w:pPr>
            <w:r w:rsidRPr="00E571F3">
              <w:rPr>
                <w:rFonts w:asciiTheme="minorHAnsi" w:hAnsiTheme="minorHAnsi"/>
                <w:sz w:val="22"/>
              </w:rPr>
              <w:t>[$]</w:t>
            </w:r>
          </w:p>
        </w:tc>
      </w:tr>
      <w:tr w:rsidR="00AC7EFD" w14:paraId="68A46B4D" w14:textId="77777777">
        <w:trPr>
          <w:cantSplit/>
          <w:jc w:val="center"/>
        </w:trPr>
        <w:tc>
          <w:tcPr>
            <w:tcW w:w="6120" w:type="dxa"/>
            <w:tcMar>
              <w:top w:w="35" w:type="dxa"/>
              <w:left w:w="35" w:type="dxa"/>
              <w:bottom w:w="35" w:type="dxa"/>
              <w:right w:w="35" w:type="dxa"/>
            </w:tcMar>
            <w:vAlign w:val="center"/>
          </w:tcPr>
          <w:p w14:paraId="2C70BB76" w14:textId="77777777" w:rsidR="00862576" w:rsidRPr="00E571F3" w:rsidRDefault="00F219E5">
            <w:pPr>
              <w:rPr>
                <w:rFonts w:asciiTheme="minorHAnsi" w:hAnsiTheme="minorHAnsi"/>
                <w:sz w:val="22"/>
              </w:rPr>
            </w:pPr>
            <w:r w:rsidRPr="00E571F3">
              <w:rPr>
                <w:rFonts w:asciiTheme="minorHAnsi" w:hAnsiTheme="minorHAnsi"/>
                <w:sz w:val="22"/>
              </w:rPr>
              <w:t>[Subrecipient: scope of work and basis for subaward]</w:t>
            </w:r>
          </w:p>
        </w:tc>
        <w:tc>
          <w:tcPr>
            <w:tcW w:w="1224" w:type="dxa"/>
            <w:tcMar>
              <w:top w:w="35" w:type="dxa"/>
              <w:left w:w="35" w:type="dxa"/>
              <w:bottom w:w="35" w:type="dxa"/>
              <w:right w:w="35" w:type="dxa"/>
            </w:tcMar>
            <w:vAlign w:val="center"/>
          </w:tcPr>
          <w:p w14:paraId="7BD471B5" w14:textId="77777777" w:rsidR="00862576" w:rsidRPr="00E571F3" w:rsidRDefault="00F219E5">
            <w:pPr>
              <w:rPr>
                <w:rFonts w:asciiTheme="minorHAnsi" w:hAnsiTheme="minorHAnsi"/>
                <w:sz w:val="22"/>
              </w:rPr>
            </w:pPr>
            <w:r w:rsidRPr="00E571F3">
              <w:rPr>
                <w:rFonts w:asciiTheme="minorHAnsi" w:hAnsiTheme="minorHAnsi"/>
                <w:sz w:val="22"/>
              </w:rPr>
              <w:t>[$]</w:t>
            </w:r>
          </w:p>
        </w:tc>
        <w:tc>
          <w:tcPr>
            <w:tcW w:w="1224" w:type="dxa"/>
            <w:tcMar>
              <w:top w:w="35" w:type="dxa"/>
              <w:left w:w="35" w:type="dxa"/>
              <w:bottom w:w="35" w:type="dxa"/>
              <w:right w:w="35" w:type="dxa"/>
            </w:tcMar>
            <w:vAlign w:val="center"/>
          </w:tcPr>
          <w:p w14:paraId="201B36C6" w14:textId="77777777" w:rsidR="00862576" w:rsidRPr="00E571F3" w:rsidRDefault="00F219E5">
            <w:pPr>
              <w:rPr>
                <w:rFonts w:asciiTheme="minorHAnsi" w:hAnsiTheme="minorHAnsi"/>
                <w:sz w:val="22"/>
              </w:rPr>
            </w:pPr>
            <w:r w:rsidRPr="00E571F3">
              <w:rPr>
                <w:rFonts w:asciiTheme="minorHAnsi" w:hAnsiTheme="minorHAnsi"/>
                <w:sz w:val="22"/>
              </w:rPr>
              <w:t>[$]</w:t>
            </w:r>
          </w:p>
        </w:tc>
        <w:tc>
          <w:tcPr>
            <w:tcW w:w="1224" w:type="dxa"/>
            <w:tcMar>
              <w:top w:w="35" w:type="dxa"/>
              <w:left w:w="35" w:type="dxa"/>
              <w:bottom w:w="35" w:type="dxa"/>
              <w:right w:w="35" w:type="dxa"/>
            </w:tcMar>
            <w:vAlign w:val="center"/>
          </w:tcPr>
          <w:p w14:paraId="4F1113E2" w14:textId="77777777" w:rsidR="00862576" w:rsidRPr="00E571F3" w:rsidRDefault="00F219E5">
            <w:pPr>
              <w:rPr>
                <w:rFonts w:asciiTheme="minorHAnsi" w:hAnsiTheme="minorHAnsi"/>
                <w:sz w:val="22"/>
              </w:rPr>
            </w:pPr>
            <w:r w:rsidRPr="00E571F3">
              <w:rPr>
                <w:rFonts w:asciiTheme="minorHAnsi" w:hAnsiTheme="minorHAnsi"/>
                <w:sz w:val="22"/>
              </w:rPr>
              <w:t>[$]</w:t>
            </w:r>
          </w:p>
        </w:tc>
        <w:tc>
          <w:tcPr>
            <w:tcW w:w="1224" w:type="dxa"/>
            <w:tcMar>
              <w:top w:w="35" w:type="dxa"/>
              <w:left w:w="35" w:type="dxa"/>
              <w:bottom w:w="35" w:type="dxa"/>
              <w:right w:w="35" w:type="dxa"/>
            </w:tcMar>
            <w:vAlign w:val="center"/>
          </w:tcPr>
          <w:p w14:paraId="5D34A9A7" w14:textId="77777777" w:rsidR="00862576" w:rsidRPr="00E571F3" w:rsidRDefault="00F219E5">
            <w:pPr>
              <w:rPr>
                <w:rFonts w:asciiTheme="minorHAnsi" w:hAnsiTheme="minorHAnsi"/>
                <w:sz w:val="22"/>
              </w:rPr>
            </w:pPr>
            <w:r w:rsidRPr="00E571F3">
              <w:rPr>
                <w:rFonts w:asciiTheme="minorHAnsi" w:hAnsiTheme="minorHAnsi"/>
                <w:sz w:val="22"/>
              </w:rPr>
              <w:t>[$]</w:t>
            </w:r>
          </w:p>
        </w:tc>
        <w:tc>
          <w:tcPr>
            <w:tcW w:w="1224" w:type="dxa"/>
            <w:tcMar>
              <w:top w:w="35" w:type="dxa"/>
              <w:left w:w="35" w:type="dxa"/>
              <w:bottom w:w="35" w:type="dxa"/>
              <w:right w:w="35" w:type="dxa"/>
            </w:tcMar>
            <w:vAlign w:val="center"/>
          </w:tcPr>
          <w:p w14:paraId="485D62BB" w14:textId="77777777" w:rsidR="00862576" w:rsidRPr="00E571F3" w:rsidRDefault="00F219E5">
            <w:pPr>
              <w:rPr>
                <w:rFonts w:asciiTheme="minorHAnsi" w:hAnsiTheme="minorHAnsi"/>
                <w:sz w:val="22"/>
              </w:rPr>
            </w:pPr>
            <w:r w:rsidRPr="00E571F3">
              <w:rPr>
                <w:rFonts w:asciiTheme="minorHAnsi" w:hAnsiTheme="minorHAnsi"/>
                <w:sz w:val="22"/>
              </w:rPr>
              <w:t>[$]</w:t>
            </w:r>
          </w:p>
        </w:tc>
        <w:tc>
          <w:tcPr>
            <w:tcW w:w="2160" w:type="dxa"/>
            <w:tcMar>
              <w:top w:w="35" w:type="dxa"/>
              <w:left w:w="35" w:type="dxa"/>
              <w:bottom w:w="35" w:type="dxa"/>
              <w:right w:w="35" w:type="dxa"/>
            </w:tcMar>
            <w:vAlign w:val="center"/>
          </w:tcPr>
          <w:p w14:paraId="41A16B76" w14:textId="77777777" w:rsidR="00862576" w:rsidRPr="00E571F3" w:rsidRDefault="00F219E5">
            <w:pPr>
              <w:rPr>
                <w:rFonts w:asciiTheme="minorHAnsi" w:hAnsiTheme="minorHAnsi"/>
                <w:sz w:val="22"/>
              </w:rPr>
            </w:pPr>
            <w:r w:rsidRPr="00E571F3">
              <w:rPr>
                <w:rFonts w:asciiTheme="minorHAnsi" w:hAnsiTheme="minorHAnsi"/>
                <w:sz w:val="22"/>
              </w:rPr>
              <w:t>[$]</w:t>
            </w:r>
          </w:p>
        </w:tc>
      </w:tr>
      <w:tr w:rsidR="00AC7EFD" w14:paraId="7F4BAB6B" w14:textId="77777777">
        <w:trPr>
          <w:cantSplit/>
          <w:jc w:val="center"/>
        </w:trPr>
        <w:tc>
          <w:tcPr>
            <w:tcW w:w="6120" w:type="dxa"/>
            <w:shd w:val="clear" w:color="auto" w:fill="E7E6E6"/>
            <w:tcMar>
              <w:top w:w="35" w:type="dxa"/>
              <w:left w:w="35" w:type="dxa"/>
              <w:bottom w:w="35" w:type="dxa"/>
              <w:right w:w="35" w:type="dxa"/>
            </w:tcMar>
            <w:vAlign w:val="center"/>
          </w:tcPr>
          <w:p w14:paraId="06B55639" w14:textId="77777777" w:rsidR="00862576" w:rsidRPr="00E571F3" w:rsidRDefault="00F219E5" w:rsidP="00E571F3">
            <w:pPr>
              <w:spacing w:line="228" w:lineRule="auto"/>
              <w:rPr>
                <w:rFonts w:asciiTheme="minorHAnsi" w:hAnsiTheme="minorHAnsi"/>
                <w:b/>
                <w:sz w:val="22"/>
                <w:szCs w:val="32"/>
              </w:rPr>
            </w:pPr>
            <w:r w:rsidRPr="00E571F3">
              <w:rPr>
                <w:rFonts w:asciiTheme="minorHAnsi" w:hAnsiTheme="minorHAnsi"/>
                <w:b/>
                <w:sz w:val="22"/>
                <w:szCs w:val="32"/>
              </w:rPr>
              <w:t>TOTAL PROFESSIONAL SERVICES</w:t>
            </w:r>
          </w:p>
        </w:tc>
        <w:tc>
          <w:tcPr>
            <w:tcW w:w="1224" w:type="dxa"/>
            <w:shd w:val="clear" w:color="auto" w:fill="E7E6E6"/>
            <w:tcMar>
              <w:top w:w="35" w:type="dxa"/>
              <w:left w:w="35" w:type="dxa"/>
              <w:bottom w:w="35" w:type="dxa"/>
              <w:right w:w="35" w:type="dxa"/>
            </w:tcMar>
            <w:vAlign w:val="center"/>
          </w:tcPr>
          <w:p w14:paraId="75B975BC" w14:textId="77777777" w:rsidR="00862576" w:rsidRPr="00E571F3" w:rsidRDefault="00F219E5" w:rsidP="00E571F3">
            <w:pPr>
              <w:spacing w:line="228" w:lineRule="auto"/>
              <w:rPr>
                <w:rFonts w:asciiTheme="minorHAnsi" w:hAnsiTheme="minorHAnsi"/>
                <w:b/>
                <w:sz w:val="22"/>
                <w:szCs w:val="32"/>
              </w:rPr>
            </w:pPr>
            <w:r w:rsidRPr="00E571F3">
              <w:rPr>
                <w:rFonts w:asciiTheme="minorHAnsi" w:hAnsiTheme="minorHAnsi"/>
                <w:b/>
                <w:sz w:val="22"/>
                <w:szCs w:val="32"/>
              </w:rPr>
              <w:t>[$]</w:t>
            </w:r>
          </w:p>
        </w:tc>
        <w:tc>
          <w:tcPr>
            <w:tcW w:w="1224" w:type="dxa"/>
            <w:shd w:val="clear" w:color="auto" w:fill="E7E6E6"/>
            <w:tcMar>
              <w:top w:w="35" w:type="dxa"/>
              <w:left w:w="35" w:type="dxa"/>
              <w:bottom w:w="35" w:type="dxa"/>
              <w:right w:w="35" w:type="dxa"/>
            </w:tcMar>
            <w:vAlign w:val="center"/>
          </w:tcPr>
          <w:p w14:paraId="66E6B3DE" w14:textId="77777777" w:rsidR="00862576" w:rsidRPr="00E571F3" w:rsidRDefault="00F219E5" w:rsidP="00E571F3">
            <w:pPr>
              <w:spacing w:line="228" w:lineRule="auto"/>
              <w:rPr>
                <w:rFonts w:asciiTheme="minorHAnsi" w:hAnsiTheme="minorHAnsi"/>
                <w:b/>
                <w:sz w:val="22"/>
                <w:szCs w:val="32"/>
              </w:rPr>
            </w:pPr>
            <w:r w:rsidRPr="00E571F3">
              <w:rPr>
                <w:rFonts w:asciiTheme="minorHAnsi" w:hAnsiTheme="minorHAnsi"/>
                <w:b/>
                <w:sz w:val="22"/>
                <w:szCs w:val="32"/>
              </w:rPr>
              <w:t>[$]</w:t>
            </w:r>
          </w:p>
        </w:tc>
        <w:tc>
          <w:tcPr>
            <w:tcW w:w="1224" w:type="dxa"/>
            <w:shd w:val="clear" w:color="auto" w:fill="E7E6E6"/>
            <w:tcMar>
              <w:top w:w="35" w:type="dxa"/>
              <w:left w:w="35" w:type="dxa"/>
              <w:bottom w:w="35" w:type="dxa"/>
              <w:right w:w="35" w:type="dxa"/>
            </w:tcMar>
            <w:vAlign w:val="center"/>
          </w:tcPr>
          <w:p w14:paraId="3B8F2E2E" w14:textId="77777777" w:rsidR="00862576" w:rsidRPr="00E571F3" w:rsidRDefault="00F219E5" w:rsidP="00E571F3">
            <w:pPr>
              <w:spacing w:line="228" w:lineRule="auto"/>
              <w:rPr>
                <w:rFonts w:asciiTheme="minorHAnsi" w:hAnsiTheme="minorHAnsi"/>
                <w:b/>
                <w:sz w:val="22"/>
                <w:szCs w:val="32"/>
              </w:rPr>
            </w:pPr>
            <w:r w:rsidRPr="00E571F3">
              <w:rPr>
                <w:rFonts w:asciiTheme="minorHAnsi" w:hAnsiTheme="minorHAnsi"/>
                <w:b/>
                <w:sz w:val="22"/>
                <w:szCs w:val="32"/>
              </w:rPr>
              <w:t>[$]</w:t>
            </w:r>
          </w:p>
        </w:tc>
        <w:tc>
          <w:tcPr>
            <w:tcW w:w="1224" w:type="dxa"/>
            <w:shd w:val="clear" w:color="auto" w:fill="E7E6E6"/>
            <w:tcMar>
              <w:top w:w="35" w:type="dxa"/>
              <w:left w:w="35" w:type="dxa"/>
              <w:bottom w:w="35" w:type="dxa"/>
              <w:right w:w="35" w:type="dxa"/>
            </w:tcMar>
            <w:vAlign w:val="center"/>
          </w:tcPr>
          <w:p w14:paraId="7EEB6F14" w14:textId="77777777" w:rsidR="00862576" w:rsidRPr="00E571F3" w:rsidRDefault="00F219E5" w:rsidP="00E571F3">
            <w:pPr>
              <w:spacing w:line="228" w:lineRule="auto"/>
              <w:rPr>
                <w:rFonts w:asciiTheme="minorHAnsi" w:hAnsiTheme="minorHAnsi"/>
                <w:b/>
                <w:sz w:val="22"/>
                <w:szCs w:val="32"/>
              </w:rPr>
            </w:pPr>
            <w:r w:rsidRPr="00E571F3">
              <w:rPr>
                <w:rFonts w:asciiTheme="minorHAnsi" w:hAnsiTheme="minorHAnsi"/>
                <w:b/>
                <w:sz w:val="22"/>
                <w:szCs w:val="32"/>
              </w:rPr>
              <w:t>[$]</w:t>
            </w:r>
          </w:p>
        </w:tc>
        <w:tc>
          <w:tcPr>
            <w:tcW w:w="1224" w:type="dxa"/>
            <w:shd w:val="clear" w:color="auto" w:fill="E7E6E6"/>
            <w:tcMar>
              <w:top w:w="35" w:type="dxa"/>
              <w:left w:w="35" w:type="dxa"/>
              <w:bottom w:w="35" w:type="dxa"/>
              <w:right w:w="35" w:type="dxa"/>
            </w:tcMar>
            <w:vAlign w:val="center"/>
          </w:tcPr>
          <w:p w14:paraId="29114056" w14:textId="77777777" w:rsidR="00862576" w:rsidRPr="00E571F3" w:rsidRDefault="00F219E5" w:rsidP="00E571F3">
            <w:pPr>
              <w:spacing w:line="228" w:lineRule="auto"/>
              <w:rPr>
                <w:rFonts w:asciiTheme="minorHAnsi" w:hAnsiTheme="minorHAnsi"/>
                <w:b/>
                <w:sz w:val="22"/>
                <w:szCs w:val="32"/>
              </w:rPr>
            </w:pPr>
            <w:r w:rsidRPr="00E571F3">
              <w:rPr>
                <w:rFonts w:asciiTheme="minorHAnsi" w:hAnsiTheme="minorHAnsi"/>
                <w:b/>
                <w:sz w:val="22"/>
                <w:szCs w:val="32"/>
              </w:rPr>
              <w:t>[$]</w:t>
            </w:r>
          </w:p>
        </w:tc>
        <w:tc>
          <w:tcPr>
            <w:tcW w:w="2160" w:type="dxa"/>
            <w:shd w:val="clear" w:color="auto" w:fill="E7E6E6"/>
            <w:tcMar>
              <w:top w:w="35" w:type="dxa"/>
              <w:left w:w="35" w:type="dxa"/>
              <w:bottom w:w="35" w:type="dxa"/>
              <w:right w:w="35" w:type="dxa"/>
            </w:tcMar>
            <w:vAlign w:val="center"/>
          </w:tcPr>
          <w:p w14:paraId="15DDF6A4" w14:textId="77777777" w:rsidR="00862576" w:rsidRPr="00E571F3" w:rsidRDefault="00F219E5" w:rsidP="00E571F3">
            <w:pPr>
              <w:spacing w:line="228" w:lineRule="auto"/>
              <w:rPr>
                <w:rFonts w:asciiTheme="minorHAnsi" w:hAnsiTheme="minorHAnsi"/>
                <w:b/>
                <w:sz w:val="22"/>
                <w:szCs w:val="32"/>
              </w:rPr>
            </w:pPr>
            <w:r w:rsidRPr="00E571F3">
              <w:rPr>
                <w:rFonts w:asciiTheme="minorHAnsi" w:hAnsiTheme="minorHAnsi"/>
                <w:b/>
                <w:sz w:val="22"/>
                <w:szCs w:val="32"/>
              </w:rPr>
              <w:t>[$]</w:t>
            </w:r>
          </w:p>
        </w:tc>
      </w:tr>
    </w:tbl>
    <w:p w14:paraId="14FC30C5" w14:textId="77777777" w:rsidR="00AC7EFD" w:rsidRDefault="00AC7EFD">
      <w:pPr>
        <w:spacing w:after="60"/>
      </w:pPr>
    </w:p>
    <w:p w14:paraId="367DE5FB" w14:textId="31FF972E" w:rsidR="00AC7EFD" w:rsidRPr="00E571F3" w:rsidRDefault="00000D7B" w:rsidP="00E571F3">
      <w:pPr>
        <w:spacing w:before="240" w:after="60"/>
        <w:rPr>
          <w:rFonts w:asciiTheme="minorHAnsi" w:hAnsiTheme="minorHAnsi"/>
          <w:b/>
          <w:sz w:val="22"/>
        </w:rPr>
      </w:pPr>
      <w:r w:rsidRPr="00E571F3">
        <w:rPr>
          <w:rFonts w:asciiTheme="minorHAnsi" w:hAnsiTheme="minorHAnsi"/>
          <w:b/>
          <w:sz w:val="22"/>
        </w:rPr>
        <w:t>Construction</w:t>
      </w:r>
      <w:r w:rsidR="00E571F3">
        <w:rPr>
          <w:rFonts w:asciiTheme="minorHAnsi" w:hAnsiTheme="minorHAnsi"/>
          <w:b/>
          <w:sz w:val="22"/>
        </w:rPr>
        <w:t xml:space="preserve"> </w:t>
      </w:r>
      <w:r w:rsidR="00E571F3" w:rsidRPr="00E571F3">
        <w:rPr>
          <w:rFonts w:asciiTheme="minorHAnsi" w:hAnsiTheme="minorHAnsi"/>
          <w:sz w:val="22"/>
        </w:rPr>
        <w:t xml:space="preserve">- </w:t>
      </w:r>
      <w:r w:rsidR="00AC7EFD" w:rsidRPr="00E571F3">
        <w:rPr>
          <w:rFonts w:asciiTheme="minorHAnsi" w:hAnsiTheme="minorHAnsi"/>
          <w:sz w:val="22"/>
        </w:rPr>
        <w:t xml:space="preserve">Not applicable. </w:t>
      </w:r>
    </w:p>
    <w:p w14:paraId="218B1E44" w14:textId="77777777" w:rsidR="00AC7EFD" w:rsidRDefault="00AC7EFD" w:rsidP="00DF0D1B">
      <w:pPr>
        <w:spacing w:after="60"/>
      </w:pPr>
    </w:p>
    <w:p w14:paraId="0790D855" w14:textId="77777777" w:rsidR="00E571F3" w:rsidRPr="008E44F8" w:rsidRDefault="00E571F3" w:rsidP="00E571F3">
      <w:pPr>
        <w:spacing w:after="60"/>
        <w:rPr>
          <w:rFonts w:asciiTheme="minorHAnsi" w:hAnsiTheme="minorHAnsi"/>
          <w:b/>
          <w:sz w:val="22"/>
        </w:rPr>
      </w:pPr>
      <w:r w:rsidRPr="008E44F8">
        <w:rPr>
          <w:rFonts w:asciiTheme="minorHAnsi" w:hAnsiTheme="minorHAnsi"/>
          <w:b/>
          <w:sz w:val="22"/>
        </w:rPr>
        <w:t>Other Direct Costs</w:t>
      </w:r>
    </w:p>
    <w:tbl>
      <w:tblPr>
        <w:tblStyle w:val="TableGrid"/>
        <w:tblW w:w="14400" w:type="dxa"/>
        <w:jc w:val="center"/>
        <w:tblLayout w:type="fixed"/>
        <w:tblLook w:val="04A0" w:firstRow="1" w:lastRow="0" w:firstColumn="1" w:lastColumn="0" w:noHBand="0" w:noVBand="1"/>
      </w:tblPr>
      <w:tblGrid>
        <w:gridCol w:w="6120"/>
        <w:gridCol w:w="1224"/>
        <w:gridCol w:w="1224"/>
        <w:gridCol w:w="1224"/>
        <w:gridCol w:w="1224"/>
        <w:gridCol w:w="1224"/>
        <w:gridCol w:w="2160"/>
      </w:tblGrid>
      <w:tr w:rsidR="00E571F3" w14:paraId="2AAE7805" w14:textId="77777777" w:rsidTr="00423602">
        <w:trPr>
          <w:cantSplit/>
          <w:jc w:val="center"/>
        </w:trPr>
        <w:tc>
          <w:tcPr>
            <w:tcW w:w="6120" w:type="dxa"/>
            <w:shd w:val="clear" w:color="auto" w:fill="D9D9D9" w:themeFill="background1" w:themeFillShade="D9"/>
            <w:tcMar>
              <w:top w:w="35" w:type="dxa"/>
              <w:left w:w="35" w:type="dxa"/>
              <w:bottom w:w="35" w:type="dxa"/>
              <w:right w:w="35" w:type="dxa"/>
            </w:tcMar>
            <w:vAlign w:val="center"/>
          </w:tcPr>
          <w:p w14:paraId="5AC7D89E" w14:textId="77777777" w:rsidR="00E571F3" w:rsidRPr="008E44F8" w:rsidRDefault="00E571F3" w:rsidP="00423602">
            <w:pPr>
              <w:rPr>
                <w:rFonts w:asciiTheme="minorHAnsi" w:hAnsiTheme="minorHAnsi"/>
                <w:b/>
                <w:bCs/>
                <w:sz w:val="22"/>
              </w:rPr>
            </w:pPr>
            <w:r w:rsidRPr="008E44F8">
              <w:rPr>
                <w:rFonts w:asciiTheme="minorHAnsi" w:hAnsiTheme="minorHAnsi"/>
                <w:b/>
                <w:bCs/>
                <w:sz w:val="22"/>
              </w:rPr>
              <w:t>Budget Line Item / Description</w:t>
            </w:r>
          </w:p>
        </w:tc>
        <w:tc>
          <w:tcPr>
            <w:tcW w:w="1224" w:type="dxa"/>
            <w:shd w:val="clear" w:color="auto" w:fill="D9D9D9" w:themeFill="background1" w:themeFillShade="D9"/>
            <w:tcMar>
              <w:top w:w="35" w:type="dxa"/>
              <w:left w:w="35" w:type="dxa"/>
              <w:bottom w:w="35" w:type="dxa"/>
              <w:right w:w="35" w:type="dxa"/>
            </w:tcMar>
            <w:vAlign w:val="center"/>
          </w:tcPr>
          <w:p w14:paraId="3FCE17E4" w14:textId="77777777" w:rsidR="00E571F3" w:rsidRPr="008E44F8" w:rsidRDefault="00E571F3" w:rsidP="00423602">
            <w:pPr>
              <w:rPr>
                <w:rFonts w:asciiTheme="minorHAnsi" w:hAnsiTheme="minorHAnsi"/>
                <w:b/>
                <w:bCs/>
                <w:sz w:val="22"/>
              </w:rPr>
            </w:pPr>
            <w:r w:rsidRPr="008E44F8">
              <w:rPr>
                <w:rFonts w:asciiTheme="minorHAnsi" w:hAnsiTheme="minorHAnsi"/>
                <w:b/>
                <w:bCs/>
                <w:sz w:val="22"/>
              </w:rPr>
              <w:t>Year 1</w:t>
            </w:r>
          </w:p>
        </w:tc>
        <w:tc>
          <w:tcPr>
            <w:tcW w:w="1224" w:type="dxa"/>
            <w:shd w:val="clear" w:color="auto" w:fill="D9D9D9" w:themeFill="background1" w:themeFillShade="D9"/>
            <w:tcMar>
              <w:top w:w="35" w:type="dxa"/>
              <w:left w:w="35" w:type="dxa"/>
              <w:bottom w:w="35" w:type="dxa"/>
              <w:right w:w="35" w:type="dxa"/>
            </w:tcMar>
            <w:vAlign w:val="center"/>
          </w:tcPr>
          <w:p w14:paraId="60774E48" w14:textId="77777777" w:rsidR="00E571F3" w:rsidRPr="008E44F8" w:rsidRDefault="00E571F3" w:rsidP="00423602">
            <w:pPr>
              <w:rPr>
                <w:rFonts w:asciiTheme="minorHAnsi" w:hAnsiTheme="minorHAnsi"/>
                <w:b/>
                <w:bCs/>
                <w:sz w:val="22"/>
              </w:rPr>
            </w:pPr>
            <w:r w:rsidRPr="008E44F8">
              <w:rPr>
                <w:rFonts w:asciiTheme="minorHAnsi" w:hAnsiTheme="minorHAnsi"/>
                <w:b/>
                <w:bCs/>
                <w:sz w:val="22"/>
              </w:rPr>
              <w:t>Year 2</w:t>
            </w:r>
          </w:p>
        </w:tc>
        <w:tc>
          <w:tcPr>
            <w:tcW w:w="1224" w:type="dxa"/>
            <w:shd w:val="clear" w:color="auto" w:fill="D9D9D9" w:themeFill="background1" w:themeFillShade="D9"/>
            <w:tcMar>
              <w:top w:w="35" w:type="dxa"/>
              <w:left w:w="35" w:type="dxa"/>
              <w:bottom w:w="35" w:type="dxa"/>
              <w:right w:w="35" w:type="dxa"/>
            </w:tcMar>
            <w:vAlign w:val="center"/>
          </w:tcPr>
          <w:p w14:paraId="5C0312CC" w14:textId="77777777" w:rsidR="00E571F3" w:rsidRPr="008E44F8" w:rsidRDefault="00E571F3" w:rsidP="00423602">
            <w:pPr>
              <w:rPr>
                <w:rFonts w:asciiTheme="minorHAnsi" w:hAnsiTheme="minorHAnsi"/>
                <w:b/>
                <w:bCs/>
                <w:sz w:val="22"/>
              </w:rPr>
            </w:pPr>
            <w:r w:rsidRPr="008E44F8">
              <w:rPr>
                <w:rFonts w:asciiTheme="minorHAnsi" w:hAnsiTheme="minorHAnsi"/>
                <w:b/>
                <w:bCs/>
                <w:sz w:val="22"/>
              </w:rPr>
              <w:t>Year 3</w:t>
            </w:r>
          </w:p>
        </w:tc>
        <w:tc>
          <w:tcPr>
            <w:tcW w:w="1224" w:type="dxa"/>
            <w:shd w:val="clear" w:color="auto" w:fill="D9D9D9" w:themeFill="background1" w:themeFillShade="D9"/>
            <w:tcMar>
              <w:top w:w="35" w:type="dxa"/>
              <w:left w:w="35" w:type="dxa"/>
              <w:bottom w:w="35" w:type="dxa"/>
              <w:right w:w="35" w:type="dxa"/>
            </w:tcMar>
            <w:vAlign w:val="center"/>
          </w:tcPr>
          <w:p w14:paraId="7CF4F280" w14:textId="77777777" w:rsidR="00E571F3" w:rsidRPr="008E44F8" w:rsidRDefault="00E571F3" w:rsidP="00423602">
            <w:pPr>
              <w:rPr>
                <w:rFonts w:asciiTheme="minorHAnsi" w:hAnsiTheme="minorHAnsi"/>
                <w:b/>
                <w:bCs/>
                <w:sz w:val="22"/>
              </w:rPr>
            </w:pPr>
            <w:r w:rsidRPr="008E44F8">
              <w:rPr>
                <w:rFonts w:asciiTheme="minorHAnsi" w:hAnsiTheme="minorHAnsi"/>
                <w:b/>
                <w:bCs/>
                <w:sz w:val="22"/>
              </w:rPr>
              <w:t>Year 4</w:t>
            </w:r>
          </w:p>
        </w:tc>
        <w:tc>
          <w:tcPr>
            <w:tcW w:w="1224" w:type="dxa"/>
            <w:shd w:val="clear" w:color="auto" w:fill="D9D9D9" w:themeFill="background1" w:themeFillShade="D9"/>
            <w:tcMar>
              <w:top w:w="35" w:type="dxa"/>
              <w:left w:w="35" w:type="dxa"/>
              <w:bottom w:w="35" w:type="dxa"/>
              <w:right w:w="35" w:type="dxa"/>
            </w:tcMar>
            <w:vAlign w:val="center"/>
          </w:tcPr>
          <w:p w14:paraId="5C0802E6" w14:textId="77777777" w:rsidR="00E571F3" w:rsidRPr="008E44F8" w:rsidRDefault="00E571F3" w:rsidP="00423602">
            <w:pPr>
              <w:rPr>
                <w:rFonts w:asciiTheme="minorHAnsi" w:hAnsiTheme="minorHAnsi"/>
                <w:b/>
                <w:bCs/>
                <w:sz w:val="22"/>
              </w:rPr>
            </w:pPr>
            <w:r w:rsidRPr="008E44F8">
              <w:rPr>
                <w:rFonts w:asciiTheme="minorHAnsi" w:hAnsiTheme="minorHAnsi"/>
                <w:b/>
                <w:bCs/>
                <w:sz w:val="22"/>
              </w:rPr>
              <w:t>Year 5</w:t>
            </w:r>
          </w:p>
        </w:tc>
        <w:tc>
          <w:tcPr>
            <w:tcW w:w="2160" w:type="dxa"/>
            <w:shd w:val="clear" w:color="auto" w:fill="D9D9D9" w:themeFill="background1" w:themeFillShade="D9"/>
            <w:tcMar>
              <w:top w:w="35" w:type="dxa"/>
              <w:left w:w="35" w:type="dxa"/>
              <w:bottom w:w="35" w:type="dxa"/>
              <w:right w:w="35" w:type="dxa"/>
            </w:tcMar>
            <w:vAlign w:val="center"/>
          </w:tcPr>
          <w:p w14:paraId="3A6408B2" w14:textId="77777777" w:rsidR="00E571F3" w:rsidRPr="008E44F8" w:rsidRDefault="00E571F3" w:rsidP="00423602">
            <w:pPr>
              <w:rPr>
                <w:rFonts w:asciiTheme="minorHAnsi" w:hAnsiTheme="minorHAnsi"/>
                <w:b/>
                <w:bCs/>
                <w:sz w:val="22"/>
              </w:rPr>
            </w:pPr>
            <w:r w:rsidRPr="008E44F8">
              <w:rPr>
                <w:rFonts w:asciiTheme="minorHAnsi" w:hAnsiTheme="minorHAnsi"/>
                <w:b/>
                <w:bCs/>
                <w:sz w:val="22"/>
              </w:rPr>
              <w:t>Category Total</w:t>
            </w:r>
          </w:p>
        </w:tc>
      </w:tr>
      <w:tr w:rsidR="00E571F3" w14:paraId="51D1D4AA" w14:textId="77777777" w:rsidTr="00423602">
        <w:trPr>
          <w:cantSplit/>
          <w:jc w:val="center"/>
        </w:trPr>
        <w:tc>
          <w:tcPr>
            <w:tcW w:w="6120" w:type="dxa"/>
            <w:tcMar>
              <w:top w:w="35" w:type="dxa"/>
              <w:left w:w="35" w:type="dxa"/>
              <w:bottom w:w="35" w:type="dxa"/>
              <w:right w:w="35" w:type="dxa"/>
            </w:tcMar>
            <w:vAlign w:val="center"/>
          </w:tcPr>
          <w:p w14:paraId="0CDE8E52" w14:textId="77777777" w:rsidR="00E571F3" w:rsidRPr="00021C8A" w:rsidRDefault="00E571F3" w:rsidP="00423602">
            <w:pPr>
              <w:rPr>
                <w:rFonts w:asciiTheme="minorHAnsi" w:hAnsiTheme="minorHAnsi"/>
                <w:sz w:val="22"/>
              </w:rPr>
            </w:pPr>
            <w:r w:rsidRPr="00021C8A">
              <w:rPr>
                <w:rFonts w:asciiTheme="minorHAnsi" w:hAnsiTheme="minorHAnsi"/>
                <w:sz w:val="22"/>
              </w:rPr>
              <w:t>[Publication / dissemination costs]</w:t>
            </w:r>
          </w:p>
        </w:tc>
        <w:tc>
          <w:tcPr>
            <w:tcW w:w="1224" w:type="dxa"/>
            <w:tcMar>
              <w:top w:w="35" w:type="dxa"/>
              <w:left w:w="35" w:type="dxa"/>
              <w:bottom w:w="35" w:type="dxa"/>
              <w:right w:w="35" w:type="dxa"/>
            </w:tcMar>
            <w:vAlign w:val="center"/>
          </w:tcPr>
          <w:p w14:paraId="5106A7F2" w14:textId="77777777" w:rsidR="00E571F3" w:rsidRPr="00021C8A" w:rsidRDefault="00E571F3" w:rsidP="00423602">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0765C5AF" w14:textId="77777777" w:rsidR="00E571F3" w:rsidRPr="00021C8A" w:rsidRDefault="00E571F3" w:rsidP="00423602">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665D8B16" w14:textId="77777777" w:rsidR="00E571F3" w:rsidRPr="00021C8A" w:rsidRDefault="00E571F3" w:rsidP="00423602">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2DADB3E5" w14:textId="77777777" w:rsidR="00E571F3" w:rsidRPr="00021C8A" w:rsidRDefault="00E571F3" w:rsidP="00423602">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7BDB170E" w14:textId="77777777" w:rsidR="00E571F3" w:rsidRPr="00021C8A" w:rsidRDefault="00E571F3" w:rsidP="00423602">
            <w:pPr>
              <w:rPr>
                <w:rFonts w:asciiTheme="minorHAnsi" w:hAnsiTheme="minorHAnsi"/>
                <w:sz w:val="22"/>
              </w:rPr>
            </w:pPr>
            <w:r w:rsidRPr="00021C8A">
              <w:rPr>
                <w:rFonts w:asciiTheme="minorHAnsi" w:hAnsiTheme="minorHAnsi"/>
                <w:sz w:val="22"/>
              </w:rPr>
              <w:t>[$]</w:t>
            </w:r>
          </w:p>
        </w:tc>
        <w:tc>
          <w:tcPr>
            <w:tcW w:w="2160" w:type="dxa"/>
            <w:tcMar>
              <w:top w:w="35" w:type="dxa"/>
              <w:left w:w="35" w:type="dxa"/>
              <w:bottom w:w="35" w:type="dxa"/>
              <w:right w:w="35" w:type="dxa"/>
            </w:tcMar>
            <w:vAlign w:val="center"/>
          </w:tcPr>
          <w:p w14:paraId="1F105D23" w14:textId="77777777" w:rsidR="00E571F3" w:rsidRPr="00021C8A" w:rsidRDefault="00E571F3" w:rsidP="00423602">
            <w:pPr>
              <w:rPr>
                <w:rFonts w:asciiTheme="minorHAnsi" w:hAnsiTheme="minorHAnsi"/>
                <w:sz w:val="22"/>
              </w:rPr>
            </w:pPr>
            <w:r w:rsidRPr="00021C8A">
              <w:rPr>
                <w:rFonts w:asciiTheme="minorHAnsi" w:hAnsiTheme="minorHAnsi"/>
                <w:sz w:val="22"/>
              </w:rPr>
              <w:t>[$]</w:t>
            </w:r>
          </w:p>
        </w:tc>
      </w:tr>
      <w:tr w:rsidR="00E571F3" w14:paraId="6CD22B04" w14:textId="77777777" w:rsidTr="00423602">
        <w:trPr>
          <w:cantSplit/>
          <w:jc w:val="center"/>
        </w:trPr>
        <w:tc>
          <w:tcPr>
            <w:tcW w:w="6120" w:type="dxa"/>
            <w:tcMar>
              <w:top w:w="35" w:type="dxa"/>
              <w:left w:w="35" w:type="dxa"/>
              <w:bottom w:w="35" w:type="dxa"/>
              <w:right w:w="35" w:type="dxa"/>
            </w:tcMar>
            <w:vAlign w:val="center"/>
          </w:tcPr>
          <w:p w14:paraId="5DB94EDF" w14:textId="3B363189" w:rsidR="00E571F3" w:rsidRPr="00021C8A" w:rsidRDefault="00E571F3" w:rsidP="00E571F3">
            <w:pPr>
              <w:rPr>
                <w:rFonts w:asciiTheme="minorHAnsi" w:hAnsiTheme="minorHAnsi"/>
                <w:sz w:val="22"/>
              </w:rPr>
            </w:pPr>
            <w:r>
              <w:rPr>
                <w:rFonts w:asciiTheme="minorHAnsi" w:hAnsiTheme="minorHAnsi"/>
                <w:sz w:val="22"/>
              </w:rPr>
              <w:t>[Postage]</w:t>
            </w:r>
          </w:p>
        </w:tc>
        <w:tc>
          <w:tcPr>
            <w:tcW w:w="1224" w:type="dxa"/>
            <w:tcMar>
              <w:top w:w="35" w:type="dxa"/>
              <w:left w:w="35" w:type="dxa"/>
              <w:bottom w:w="35" w:type="dxa"/>
              <w:right w:w="35" w:type="dxa"/>
            </w:tcMar>
            <w:vAlign w:val="center"/>
          </w:tcPr>
          <w:p w14:paraId="2913B887" w14:textId="7F1DA9EB" w:rsidR="00E571F3" w:rsidRPr="00021C8A" w:rsidRDefault="00E571F3" w:rsidP="00E571F3">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749AD2A7" w14:textId="300CA890" w:rsidR="00E571F3" w:rsidRPr="00021C8A" w:rsidRDefault="00E571F3" w:rsidP="00E571F3">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72905909" w14:textId="70AB7074" w:rsidR="00E571F3" w:rsidRPr="00021C8A" w:rsidRDefault="00E571F3" w:rsidP="00E571F3">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26B49E97" w14:textId="7C0611AA" w:rsidR="00E571F3" w:rsidRPr="00021C8A" w:rsidRDefault="00E571F3" w:rsidP="00E571F3">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7A34C51E" w14:textId="0FE0ACF5" w:rsidR="00E571F3" w:rsidRPr="00021C8A" w:rsidRDefault="00E571F3" w:rsidP="00E571F3">
            <w:pPr>
              <w:rPr>
                <w:rFonts w:asciiTheme="minorHAnsi" w:hAnsiTheme="minorHAnsi"/>
                <w:sz w:val="22"/>
              </w:rPr>
            </w:pPr>
            <w:r w:rsidRPr="00021C8A">
              <w:rPr>
                <w:rFonts w:asciiTheme="minorHAnsi" w:hAnsiTheme="minorHAnsi"/>
                <w:sz w:val="22"/>
              </w:rPr>
              <w:t>[$]</w:t>
            </w:r>
          </w:p>
        </w:tc>
        <w:tc>
          <w:tcPr>
            <w:tcW w:w="2160" w:type="dxa"/>
            <w:tcMar>
              <w:top w:w="35" w:type="dxa"/>
              <w:left w:w="35" w:type="dxa"/>
              <w:bottom w:w="35" w:type="dxa"/>
              <w:right w:w="35" w:type="dxa"/>
            </w:tcMar>
            <w:vAlign w:val="center"/>
          </w:tcPr>
          <w:p w14:paraId="557B0DED" w14:textId="3957F2C5" w:rsidR="00E571F3" w:rsidRPr="00021C8A" w:rsidRDefault="00E571F3" w:rsidP="00E571F3">
            <w:pPr>
              <w:rPr>
                <w:rFonts w:asciiTheme="minorHAnsi" w:hAnsiTheme="minorHAnsi"/>
                <w:sz w:val="22"/>
              </w:rPr>
            </w:pPr>
            <w:r w:rsidRPr="00021C8A">
              <w:rPr>
                <w:rFonts w:asciiTheme="minorHAnsi" w:hAnsiTheme="minorHAnsi"/>
                <w:sz w:val="22"/>
              </w:rPr>
              <w:t>[$]</w:t>
            </w:r>
          </w:p>
        </w:tc>
      </w:tr>
      <w:tr w:rsidR="00E571F3" w14:paraId="065423C8" w14:textId="77777777" w:rsidTr="00423602">
        <w:trPr>
          <w:cantSplit/>
          <w:jc w:val="center"/>
        </w:trPr>
        <w:tc>
          <w:tcPr>
            <w:tcW w:w="6120" w:type="dxa"/>
            <w:tcMar>
              <w:top w:w="35" w:type="dxa"/>
              <w:left w:w="35" w:type="dxa"/>
              <w:bottom w:w="35" w:type="dxa"/>
              <w:right w:w="35" w:type="dxa"/>
            </w:tcMar>
            <w:vAlign w:val="center"/>
          </w:tcPr>
          <w:p w14:paraId="79D86C80" w14:textId="68BE8836" w:rsidR="00E571F3" w:rsidRPr="00021C8A" w:rsidRDefault="00E571F3" w:rsidP="00E571F3">
            <w:pPr>
              <w:rPr>
                <w:rFonts w:asciiTheme="minorHAnsi" w:hAnsiTheme="minorHAnsi"/>
                <w:sz w:val="22"/>
              </w:rPr>
            </w:pPr>
            <w:r>
              <w:rPr>
                <w:rFonts w:asciiTheme="minorHAnsi" w:hAnsiTheme="minorHAnsi"/>
                <w:sz w:val="22"/>
              </w:rPr>
              <w:t>[Tuition]</w:t>
            </w:r>
          </w:p>
        </w:tc>
        <w:tc>
          <w:tcPr>
            <w:tcW w:w="1224" w:type="dxa"/>
            <w:tcMar>
              <w:top w:w="35" w:type="dxa"/>
              <w:left w:w="35" w:type="dxa"/>
              <w:bottom w:w="35" w:type="dxa"/>
              <w:right w:w="35" w:type="dxa"/>
            </w:tcMar>
            <w:vAlign w:val="center"/>
          </w:tcPr>
          <w:p w14:paraId="7EC7562B" w14:textId="77777777" w:rsidR="00E571F3" w:rsidRPr="00021C8A" w:rsidRDefault="00E571F3" w:rsidP="00E571F3">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4041B093" w14:textId="77777777" w:rsidR="00E571F3" w:rsidRPr="00021C8A" w:rsidRDefault="00E571F3" w:rsidP="00E571F3">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331FC21B" w14:textId="77777777" w:rsidR="00E571F3" w:rsidRPr="00021C8A" w:rsidRDefault="00E571F3" w:rsidP="00E571F3">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64666351" w14:textId="77777777" w:rsidR="00E571F3" w:rsidRPr="00021C8A" w:rsidRDefault="00E571F3" w:rsidP="00E571F3">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46FD0EA4" w14:textId="77777777" w:rsidR="00E571F3" w:rsidRPr="00021C8A" w:rsidRDefault="00E571F3" w:rsidP="00E571F3">
            <w:pPr>
              <w:rPr>
                <w:rFonts w:asciiTheme="minorHAnsi" w:hAnsiTheme="minorHAnsi"/>
                <w:sz w:val="22"/>
              </w:rPr>
            </w:pPr>
            <w:r w:rsidRPr="00021C8A">
              <w:rPr>
                <w:rFonts w:asciiTheme="minorHAnsi" w:hAnsiTheme="minorHAnsi"/>
                <w:sz w:val="22"/>
              </w:rPr>
              <w:t>[$]</w:t>
            </w:r>
          </w:p>
        </w:tc>
        <w:tc>
          <w:tcPr>
            <w:tcW w:w="2160" w:type="dxa"/>
            <w:tcMar>
              <w:top w:w="35" w:type="dxa"/>
              <w:left w:w="35" w:type="dxa"/>
              <w:bottom w:w="35" w:type="dxa"/>
              <w:right w:w="35" w:type="dxa"/>
            </w:tcMar>
            <w:vAlign w:val="center"/>
          </w:tcPr>
          <w:p w14:paraId="752778D9" w14:textId="77777777" w:rsidR="00E571F3" w:rsidRPr="00021C8A" w:rsidRDefault="00E571F3" w:rsidP="00E571F3">
            <w:pPr>
              <w:rPr>
                <w:rFonts w:asciiTheme="minorHAnsi" w:hAnsiTheme="minorHAnsi"/>
                <w:sz w:val="22"/>
              </w:rPr>
            </w:pPr>
            <w:r w:rsidRPr="00021C8A">
              <w:rPr>
                <w:rFonts w:asciiTheme="minorHAnsi" w:hAnsiTheme="minorHAnsi"/>
                <w:sz w:val="22"/>
              </w:rPr>
              <w:t>[$]</w:t>
            </w:r>
          </w:p>
        </w:tc>
      </w:tr>
      <w:tr w:rsidR="00E571F3" w14:paraId="36E4CD60" w14:textId="77777777" w:rsidTr="00423602">
        <w:trPr>
          <w:cantSplit/>
          <w:jc w:val="center"/>
        </w:trPr>
        <w:tc>
          <w:tcPr>
            <w:tcW w:w="6120" w:type="dxa"/>
            <w:tcMar>
              <w:top w:w="35" w:type="dxa"/>
              <w:left w:w="35" w:type="dxa"/>
              <w:bottom w:w="35" w:type="dxa"/>
              <w:right w:w="35" w:type="dxa"/>
            </w:tcMar>
            <w:vAlign w:val="center"/>
          </w:tcPr>
          <w:p w14:paraId="525F32B3" w14:textId="77777777" w:rsidR="00E571F3" w:rsidRPr="00021C8A" w:rsidRDefault="00E571F3" w:rsidP="00E571F3">
            <w:pPr>
              <w:rPr>
                <w:rFonts w:asciiTheme="minorHAnsi" w:hAnsiTheme="minorHAnsi"/>
                <w:sz w:val="22"/>
              </w:rPr>
            </w:pPr>
            <w:r w:rsidRPr="00021C8A">
              <w:rPr>
                <w:rFonts w:asciiTheme="minorHAnsi" w:hAnsiTheme="minorHAnsi"/>
                <w:sz w:val="22"/>
              </w:rPr>
              <w:t>[Other direct cost and calculation basis]</w:t>
            </w:r>
          </w:p>
        </w:tc>
        <w:tc>
          <w:tcPr>
            <w:tcW w:w="1224" w:type="dxa"/>
            <w:tcMar>
              <w:top w:w="35" w:type="dxa"/>
              <w:left w:w="35" w:type="dxa"/>
              <w:bottom w:w="35" w:type="dxa"/>
              <w:right w:w="35" w:type="dxa"/>
            </w:tcMar>
            <w:vAlign w:val="center"/>
          </w:tcPr>
          <w:p w14:paraId="2928CBEE" w14:textId="77777777" w:rsidR="00E571F3" w:rsidRPr="00021C8A" w:rsidRDefault="00E571F3" w:rsidP="00E571F3">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1D242734" w14:textId="77777777" w:rsidR="00E571F3" w:rsidRPr="00021C8A" w:rsidRDefault="00E571F3" w:rsidP="00E571F3">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0F00C325" w14:textId="77777777" w:rsidR="00E571F3" w:rsidRPr="00021C8A" w:rsidRDefault="00E571F3" w:rsidP="00E571F3">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2B4B2055" w14:textId="77777777" w:rsidR="00E571F3" w:rsidRPr="00021C8A" w:rsidRDefault="00E571F3" w:rsidP="00E571F3">
            <w:pPr>
              <w:rPr>
                <w:rFonts w:asciiTheme="minorHAnsi" w:hAnsiTheme="minorHAnsi"/>
                <w:sz w:val="22"/>
              </w:rPr>
            </w:pPr>
            <w:r w:rsidRPr="00021C8A">
              <w:rPr>
                <w:rFonts w:asciiTheme="minorHAnsi" w:hAnsiTheme="minorHAnsi"/>
                <w:sz w:val="22"/>
              </w:rPr>
              <w:t>[$]</w:t>
            </w:r>
          </w:p>
        </w:tc>
        <w:tc>
          <w:tcPr>
            <w:tcW w:w="1224" w:type="dxa"/>
            <w:tcMar>
              <w:top w:w="35" w:type="dxa"/>
              <w:left w:w="35" w:type="dxa"/>
              <w:bottom w:w="35" w:type="dxa"/>
              <w:right w:w="35" w:type="dxa"/>
            </w:tcMar>
            <w:vAlign w:val="center"/>
          </w:tcPr>
          <w:p w14:paraId="7C243810" w14:textId="77777777" w:rsidR="00E571F3" w:rsidRPr="00021C8A" w:rsidRDefault="00E571F3" w:rsidP="00E571F3">
            <w:pPr>
              <w:rPr>
                <w:rFonts w:asciiTheme="minorHAnsi" w:hAnsiTheme="minorHAnsi"/>
                <w:sz w:val="22"/>
              </w:rPr>
            </w:pPr>
            <w:r w:rsidRPr="00021C8A">
              <w:rPr>
                <w:rFonts w:asciiTheme="minorHAnsi" w:hAnsiTheme="minorHAnsi"/>
                <w:sz w:val="22"/>
              </w:rPr>
              <w:t>[$]</w:t>
            </w:r>
          </w:p>
        </w:tc>
        <w:tc>
          <w:tcPr>
            <w:tcW w:w="2160" w:type="dxa"/>
            <w:tcMar>
              <w:top w:w="35" w:type="dxa"/>
              <w:left w:w="35" w:type="dxa"/>
              <w:bottom w:w="35" w:type="dxa"/>
              <w:right w:w="35" w:type="dxa"/>
            </w:tcMar>
            <w:vAlign w:val="center"/>
          </w:tcPr>
          <w:p w14:paraId="1487C031" w14:textId="77777777" w:rsidR="00E571F3" w:rsidRPr="00021C8A" w:rsidRDefault="00E571F3" w:rsidP="00E571F3">
            <w:pPr>
              <w:rPr>
                <w:rFonts w:asciiTheme="minorHAnsi" w:hAnsiTheme="minorHAnsi"/>
                <w:sz w:val="22"/>
              </w:rPr>
            </w:pPr>
            <w:r w:rsidRPr="00021C8A">
              <w:rPr>
                <w:rFonts w:asciiTheme="minorHAnsi" w:hAnsiTheme="minorHAnsi"/>
                <w:sz w:val="22"/>
              </w:rPr>
              <w:t>[$]</w:t>
            </w:r>
          </w:p>
        </w:tc>
      </w:tr>
      <w:tr w:rsidR="00E571F3" w14:paraId="445A97D9" w14:textId="77777777" w:rsidTr="00423602">
        <w:trPr>
          <w:cantSplit/>
          <w:jc w:val="center"/>
        </w:trPr>
        <w:tc>
          <w:tcPr>
            <w:tcW w:w="6120" w:type="dxa"/>
            <w:shd w:val="clear" w:color="auto" w:fill="E7E6E6"/>
            <w:tcMar>
              <w:top w:w="35" w:type="dxa"/>
              <w:left w:w="35" w:type="dxa"/>
              <w:bottom w:w="35" w:type="dxa"/>
              <w:right w:w="35" w:type="dxa"/>
            </w:tcMar>
            <w:vAlign w:val="center"/>
          </w:tcPr>
          <w:p w14:paraId="02A7B0D9" w14:textId="77777777" w:rsidR="00E571F3" w:rsidRPr="00021C8A" w:rsidRDefault="00E571F3" w:rsidP="00E571F3">
            <w:pPr>
              <w:spacing w:line="228" w:lineRule="auto"/>
              <w:rPr>
                <w:rFonts w:asciiTheme="minorHAnsi" w:hAnsiTheme="minorHAnsi"/>
                <w:b/>
                <w:sz w:val="22"/>
                <w:szCs w:val="32"/>
              </w:rPr>
            </w:pPr>
            <w:r w:rsidRPr="00021C8A">
              <w:rPr>
                <w:rFonts w:asciiTheme="minorHAnsi" w:hAnsiTheme="minorHAnsi"/>
                <w:b/>
                <w:sz w:val="22"/>
                <w:szCs w:val="32"/>
              </w:rPr>
              <w:t>TOTAL OTHER DIRECT COSTS</w:t>
            </w:r>
          </w:p>
        </w:tc>
        <w:tc>
          <w:tcPr>
            <w:tcW w:w="1224" w:type="dxa"/>
            <w:shd w:val="clear" w:color="auto" w:fill="E7E6E6"/>
            <w:tcMar>
              <w:top w:w="35" w:type="dxa"/>
              <w:left w:w="35" w:type="dxa"/>
              <w:bottom w:w="35" w:type="dxa"/>
              <w:right w:w="35" w:type="dxa"/>
            </w:tcMar>
            <w:vAlign w:val="center"/>
          </w:tcPr>
          <w:p w14:paraId="7638278E" w14:textId="77777777" w:rsidR="00E571F3" w:rsidRPr="00021C8A" w:rsidRDefault="00E571F3" w:rsidP="00E571F3">
            <w:pPr>
              <w:spacing w:line="228" w:lineRule="auto"/>
              <w:rPr>
                <w:rFonts w:asciiTheme="minorHAnsi" w:hAnsiTheme="minorHAnsi"/>
                <w:b/>
                <w:sz w:val="22"/>
                <w:szCs w:val="32"/>
              </w:rPr>
            </w:pPr>
            <w:r w:rsidRPr="00021C8A">
              <w:rPr>
                <w:rFonts w:asciiTheme="minorHAnsi" w:hAnsiTheme="minorHAnsi"/>
                <w:b/>
                <w:sz w:val="22"/>
                <w:szCs w:val="32"/>
              </w:rPr>
              <w:t>[$]</w:t>
            </w:r>
          </w:p>
        </w:tc>
        <w:tc>
          <w:tcPr>
            <w:tcW w:w="1224" w:type="dxa"/>
            <w:shd w:val="clear" w:color="auto" w:fill="E7E6E6"/>
            <w:tcMar>
              <w:top w:w="35" w:type="dxa"/>
              <w:left w:w="35" w:type="dxa"/>
              <w:bottom w:w="35" w:type="dxa"/>
              <w:right w:w="35" w:type="dxa"/>
            </w:tcMar>
            <w:vAlign w:val="center"/>
          </w:tcPr>
          <w:p w14:paraId="635271AA" w14:textId="77777777" w:rsidR="00E571F3" w:rsidRPr="00021C8A" w:rsidRDefault="00E571F3" w:rsidP="00E571F3">
            <w:pPr>
              <w:spacing w:line="228" w:lineRule="auto"/>
              <w:rPr>
                <w:rFonts w:asciiTheme="minorHAnsi" w:hAnsiTheme="minorHAnsi"/>
                <w:b/>
                <w:sz w:val="22"/>
                <w:szCs w:val="32"/>
              </w:rPr>
            </w:pPr>
            <w:r w:rsidRPr="00021C8A">
              <w:rPr>
                <w:rFonts w:asciiTheme="minorHAnsi" w:hAnsiTheme="minorHAnsi"/>
                <w:b/>
                <w:sz w:val="22"/>
                <w:szCs w:val="32"/>
              </w:rPr>
              <w:t>[$]</w:t>
            </w:r>
          </w:p>
        </w:tc>
        <w:tc>
          <w:tcPr>
            <w:tcW w:w="1224" w:type="dxa"/>
            <w:shd w:val="clear" w:color="auto" w:fill="E7E6E6"/>
            <w:tcMar>
              <w:top w:w="35" w:type="dxa"/>
              <w:left w:w="35" w:type="dxa"/>
              <w:bottom w:w="35" w:type="dxa"/>
              <w:right w:w="35" w:type="dxa"/>
            </w:tcMar>
            <w:vAlign w:val="center"/>
          </w:tcPr>
          <w:p w14:paraId="6CDF7A12" w14:textId="77777777" w:rsidR="00E571F3" w:rsidRPr="00021C8A" w:rsidRDefault="00E571F3" w:rsidP="00E571F3">
            <w:pPr>
              <w:spacing w:line="228" w:lineRule="auto"/>
              <w:rPr>
                <w:rFonts w:asciiTheme="minorHAnsi" w:hAnsiTheme="minorHAnsi"/>
                <w:b/>
                <w:sz w:val="22"/>
                <w:szCs w:val="32"/>
              </w:rPr>
            </w:pPr>
            <w:r w:rsidRPr="00021C8A">
              <w:rPr>
                <w:rFonts w:asciiTheme="minorHAnsi" w:hAnsiTheme="minorHAnsi"/>
                <w:b/>
                <w:sz w:val="22"/>
                <w:szCs w:val="32"/>
              </w:rPr>
              <w:t>[$]</w:t>
            </w:r>
          </w:p>
        </w:tc>
        <w:tc>
          <w:tcPr>
            <w:tcW w:w="1224" w:type="dxa"/>
            <w:shd w:val="clear" w:color="auto" w:fill="E7E6E6"/>
            <w:tcMar>
              <w:top w:w="35" w:type="dxa"/>
              <w:left w:w="35" w:type="dxa"/>
              <w:bottom w:w="35" w:type="dxa"/>
              <w:right w:w="35" w:type="dxa"/>
            </w:tcMar>
            <w:vAlign w:val="center"/>
          </w:tcPr>
          <w:p w14:paraId="545AF348" w14:textId="77777777" w:rsidR="00E571F3" w:rsidRPr="00021C8A" w:rsidRDefault="00E571F3" w:rsidP="00E571F3">
            <w:pPr>
              <w:spacing w:line="228" w:lineRule="auto"/>
              <w:rPr>
                <w:rFonts w:asciiTheme="minorHAnsi" w:hAnsiTheme="minorHAnsi"/>
                <w:b/>
                <w:sz w:val="22"/>
                <w:szCs w:val="32"/>
              </w:rPr>
            </w:pPr>
            <w:r w:rsidRPr="00021C8A">
              <w:rPr>
                <w:rFonts w:asciiTheme="minorHAnsi" w:hAnsiTheme="minorHAnsi"/>
                <w:b/>
                <w:sz w:val="22"/>
                <w:szCs w:val="32"/>
              </w:rPr>
              <w:t>[$]</w:t>
            </w:r>
          </w:p>
        </w:tc>
        <w:tc>
          <w:tcPr>
            <w:tcW w:w="1224" w:type="dxa"/>
            <w:shd w:val="clear" w:color="auto" w:fill="E7E6E6"/>
            <w:tcMar>
              <w:top w:w="35" w:type="dxa"/>
              <w:left w:w="35" w:type="dxa"/>
              <w:bottom w:w="35" w:type="dxa"/>
              <w:right w:w="35" w:type="dxa"/>
            </w:tcMar>
            <w:vAlign w:val="center"/>
          </w:tcPr>
          <w:p w14:paraId="4033FCFA" w14:textId="77777777" w:rsidR="00E571F3" w:rsidRPr="00021C8A" w:rsidRDefault="00E571F3" w:rsidP="00E571F3">
            <w:pPr>
              <w:spacing w:line="228" w:lineRule="auto"/>
              <w:rPr>
                <w:rFonts w:asciiTheme="minorHAnsi" w:hAnsiTheme="minorHAnsi"/>
                <w:b/>
                <w:sz w:val="22"/>
                <w:szCs w:val="32"/>
              </w:rPr>
            </w:pPr>
            <w:r w:rsidRPr="00021C8A">
              <w:rPr>
                <w:rFonts w:asciiTheme="minorHAnsi" w:hAnsiTheme="minorHAnsi"/>
                <w:b/>
                <w:sz w:val="22"/>
                <w:szCs w:val="32"/>
              </w:rPr>
              <w:t>[$]</w:t>
            </w:r>
          </w:p>
        </w:tc>
        <w:tc>
          <w:tcPr>
            <w:tcW w:w="2160" w:type="dxa"/>
            <w:shd w:val="clear" w:color="auto" w:fill="E7E6E6"/>
            <w:tcMar>
              <w:top w:w="35" w:type="dxa"/>
              <w:left w:w="35" w:type="dxa"/>
              <w:bottom w:w="35" w:type="dxa"/>
              <w:right w:w="35" w:type="dxa"/>
            </w:tcMar>
            <w:vAlign w:val="center"/>
          </w:tcPr>
          <w:p w14:paraId="257CEB46" w14:textId="77777777" w:rsidR="00E571F3" w:rsidRPr="00021C8A" w:rsidRDefault="00E571F3" w:rsidP="00E571F3">
            <w:pPr>
              <w:spacing w:line="228" w:lineRule="auto"/>
              <w:rPr>
                <w:rFonts w:asciiTheme="minorHAnsi" w:hAnsiTheme="minorHAnsi"/>
                <w:b/>
                <w:sz w:val="22"/>
                <w:szCs w:val="32"/>
              </w:rPr>
            </w:pPr>
            <w:r w:rsidRPr="00021C8A">
              <w:rPr>
                <w:rFonts w:asciiTheme="minorHAnsi" w:hAnsiTheme="minorHAnsi"/>
                <w:b/>
                <w:sz w:val="22"/>
                <w:szCs w:val="32"/>
              </w:rPr>
              <w:t>[$]</w:t>
            </w:r>
          </w:p>
        </w:tc>
      </w:tr>
    </w:tbl>
    <w:p w14:paraId="62803B3E" w14:textId="77777777" w:rsidR="00E571F3" w:rsidRDefault="00E571F3" w:rsidP="00E571F3">
      <w:pPr>
        <w:spacing w:after="60"/>
      </w:pPr>
    </w:p>
    <w:p w14:paraId="6C6DAA70" w14:textId="77777777" w:rsidR="00E571F3" w:rsidRPr="008E44F8" w:rsidRDefault="00E571F3" w:rsidP="00E571F3">
      <w:pPr>
        <w:spacing w:after="60"/>
        <w:rPr>
          <w:rFonts w:asciiTheme="minorHAnsi" w:hAnsiTheme="minorHAnsi"/>
          <w:b/>
          <w:sz w:val="22"/>
        </w:rPr>
      </w:pPr>
      <w:r w:rsidRPr="008E44F8">
        <w:rPr>
          <w:rFonts w:asciiTheme="minorHAnsi" w:hAnsiTheme="minorHAnsi"/>
          <w:b/>
          <w:sz w:val="22"/>
        </w:rPr>
        <w:t>Indirect Costs</w:t>
      </w:r>
    </w:p>
    <w:tbl>
      <w:tblPr>
        <w:tblStyle w:val="TableGrid"/>
        <w:tblW w:w="14400" w:type="dxa"/>
        <w:jc w:val="center"/>
        <w:tblLayout w:type="fixed"/>
        <w:tblLook w:val="04A0" w:firstRow="1" w:lastRow="0" w:firstColumn="1" w:lastColumn="0" w:noHBand="0" w:noVBand="1"/>
      </w:tblPr>
      <w:tblGrid>
        <w:gridCol w:w="6120"/>
        <w:gridCol w:w="1152"/>
        <w:gridCol w:w="1080"/>
        <w:gridCol w:w="1080"/>
        <w:gridCol w:w="1080"/>
        <w:gridCol w:w="1080"/>
        <w:gridCol w:w="1080"/>
        <w:gridCol w:w="1728"/>
      </w:tblGrid>
      <w:tr w:rsidR="00E571F3" w14:paraId="796EDD5C" w14:textId="77777777" w:rsidTr="00423602">
        <w:trPr>
          <w:cantSplit/>
          <w:jc w:val="center"/>
        </w:trPr>
        <w:tc>
          <w:tcPr>
            <w:tcW w:w="6120" w:type="dxa"/>
            <w:shd w:val="clear" w:color="auto" w:fill="D9D9D9" w:themeFill="background1" w:themeFillShade="D9"/>
            <w:tcMar>
              <w:top w:w="35" w:type="dxa"/>
              <w:left w:w="35" w:type="dxa"/>
              <w:bottom w:w="35" w:type="dxa"/>
              <w:right w:w="35" w:type="dxa"/>
            </w:tcMar>
            <w:vAlign w:val="center"/>
          </w:tcPr>
          <w:p w14:paraId="463080A0" w14:textId="77777777" w:rsidR="00E571F3" w:rsidRPr="008E44F8" w:rsidRDefault="00E571F3" w:rsidP="00423602">
            <w:pPr>
              <w:rPr>
                <w:rFonts w:asciiTheme="minorHAnsi" w:hAnsiTheme="minorHAnsi"/>
                <w:b/>
                <w:bCs/>
                <w:sz w:val="22"/>
                <w:highlight w:val="lightGray"/>
              </w:rPr>
            </w:pPr>
            <w:r w:rsidRPr="008E44F8">
              <w:rPr>
                <w:rFonts w:asciiTheme="minorHAnsi" w:hAnsiTheme="minorHAnsi"/>
                <w:b/>
                <w:bCs/>
                <w:sz w:val="22"/>
                <w:highlight w:val="lightGray"/>
              </w:rPr>
              <w:t>Budget Line Item / Basis</w:t>
            </w:r>
          </w:p>
        </w:tc>
        <w:tc>
          <w:tcPr>
            <w:tcW w:w="1152" w:type="dxa"/>
            <w:shd w:val="clear" w:color="auto" w:fill="D9D9D9" w:themeFill="background1" w:themeFillShade="D9"/>
            <w:tcMar>
              <w:top w:w="35" w:type="dxa"/>
              <w:left w:w="35" w:type="dxa"/>
              <w:bottom w:w="35" w:type="dxa"/>
              <w:right w:w="35" w:type="dxa"/>
            </w:tcMar>
            <w:vAlign w:val="center"/>
          </w:tcPr>
          <w:p w14:paraId="4DC3505E" w14:textId="77777777" w:rsidR="00E571F3" w:rsidRPr="008E44F8" w:rsidRDefault="00E571F3" w:rsidP="00423602">
            <w:pPr>
              <w:rPr>
                <w:rFonts w:asciiTheme="minorHAnsi" w:hAnsiTheme="minorHAnsi"/>
                <w:b/>
                <w:bCs/>
                <w:sz w:val="22"/>
                <w:highlight w:val="lightGray"/>
              </w:rPr>
            </w:pPr>
            <w:r w:rsidRPr="008E44F8">
              <w:rPr>
                <w:rFonts w:asciiTheme="minorHAnsi" w:hAnsiTheme="minorHAnsi"/>
                <w:b/>
                <w:bCs/>
                <w:sz w:val="22"/>
                <w:highlight w:val="lightGray"/>
              </w:rPr>
              <w:t>Rate</w:t>
            </w:r>
          </w:p>
        </w:tc>
        <w:tc>
          <w:tcPr>
            <w:tcW w:w="1080" w:type="dxa"/>
            <w:shd w:val="clear" w:color="auto" w:fill="D9D9D9" w:themeFill="background1" w:themeFillShade="D9"/>
            <w:tcMar>
              <w:top w:w="35" w:type="dxa"/>
              <w:left w:w="35" w:type="dxa"/>
              <w:bottom w:w="35" w:type="dxa"/>
              <w:right w:w="35" w:type="dxa"/>
            </w:tcMar>
            <w:vAlign w:val="center"/>
          </w:tcPr>
          <w:p w14:paraId="58EF029C" w14:textId="77777777" w:rsidR="00E571F3" w:rsidRPr="008E44F8" w:rsidRDefault="00E571F3" w:rsidP="00423602">
            <w:pPr>
              <w:rPr>
                <w:rFonts w:asciiTheme="minorHAnsi" w:hAnsiTheme="minorHAnsi"/>
                <w:b/>
                <w:bCs/>
                <w:sz w:val="22"/>
                <w:highlight w:val="lightGray"/>
              </w:rPr>
            </w:pPr>
            <w:r w:rsidRPr="008E44F8">
              <w:rPr>
                <w:rFonts w:asciiTheme="minorHAnsi" w:hAnsiTheme="minorHAnsi"/>
                <w:b/>
                <w:bCs/>
                <w:sz w:val="22"/>
                <w:highlight w:val="lightGray"/>
              </w:rPr>
              <w:t>Year 1</w:t>
            </w:r>
          </w:p>
        </w:tc>
        <w:tc>
          <w:tcPr>
            <w:tcW w:w="1080" w:type="dxa"/>
            <w:shd w:val="clear" w:color="auto" w:fill="D9D9D9" w:themeFill="background1" w:themeFillShade="D9"/>
            <w:tcMar>
              <w:top w:w="35" w:type="dxa"/>
              <w:left w:w="35" w:type="dxa"/>
              <w:bottom w:w="35" w:type="dxa"/>
              <w:right w:w="35" w:type="dxa"/>
            </w:tcMar>
            <w:vAlign w:val="center"/>
          </w:tcPr>
          <w:p w14:paraId="6443FA0E" w14:textId="77777777" w:rsidR="00E571F3" w:rsidRPr="008E44F8" w:rsidRDefault="00E571F3" w:rsidP="00423602">
            <w:pPr>
              <w:rPr>
                <w:rFonts w:asciiTheme="minorHAnsi" w:hAnsiTheme="minorHAnsi"/>
                <w:b/>
                <w:bCs/>
                <w:sz w:val="22"/>
                <w:highlight w:val="lightGray"/>
              </w:rPr>
            </w:pPr>
            <w:r w:rsidRPr="008E44F8">
              <w:rPr>
                <w:rFonts w:asciiTheme="minorHAnsi" w:hAnsiTheme="minorHAnsi"/>
                <w:b/>
                <w:bCs/>
                <w:sz w:val="22"/>
                <w:highlight w:val="lightGray"/>
              </w:rPr>
              <w:t>Year 2</w:t>
            </w:r>
          </w:p>
        </w:tc>
        <w:tc>
          <w:tcPr>
            <w:tcW w:w="1080" w:type="dxa"/>
            <w:shd w:val="clear" w:color="auto" w:fill="D9D9D9" w:themeFill="background1" w:themeFillShade="D9"/>
            <w:tcMar>
              <w:top w:w="35" w:type="dxa"/>
              <w:left w:w="35" w:type="dxa"/>
              <w:bottom w:w="35" w:type="dxa"/>
              <w:right w:w="35" w:type="dxa"/>
            </w:tcMar>
            <w:vAlign w:val="center"/>
          </w:tcPr>
          <w:p w14:paraId="1EDCCDB2" w14:textId="77777777" w:rsidR="00E571F3" w:rsidRPr="008E44F8" w:rsidRDefault="00E571F3" w:rsidP="00423602">
            <w:pPr>
              <w:rPr>
                <w:rFonts w:asciiTheme="minorHAnsi" w:hAnsiTheme="minorHAnsi"/>
                <w:b/>
                <w:bCs/>
                <w:sz w:val="22"/>
                <w:highlight w:val="lightGray"/>
              </w:rPr>
            </w:pPr>
            <w:r w:rsidRPr="008E44F8">
              <w:rPr>
                <w:rFonts w:asciiTheme="minorHAnsi" w:hAnsiTheme="minorHAnsi"/>
                <w:b/>
                <w:bCs/>
                <w:sz w:val="22"/>
                <w:highlight w:val="lightGray"/>
              </w:rPr>
              <w:t>Year 3</w:t>
            </w:r>
          </w:p>
        </w:tc>
        <w:tc>
          <w:tcPr>
            <w:tcW w:w="1080" w:type="dxa"/>
            <w:shd w:val="clear" w:color="auto" w:fill="D9D9D9" w:themeFill="background1" w:themeFillShade="D9"/>
            <w:tcMar>
              <w:top w:w="35" w:type="dxa"/>
              <w:left w:w="35" w:type="dxa"/>
              <w:bottom w:w="35" w:type="dxa"/>
              <w:right w:w="35" w:type="dxa"/>
            </w:tcMar>
            <w:vAlign w:val="center"/>
          </w:tcPr>
          <w:p w14:paraId="17CBDAA4" w14:textId="77777777" w:rsidR="00E571F3" w:rsidRPr="008E44F8" w:rsidRDefault="00E571F3" w:rsidP="00423602">
            <w:pPr>
              <w:rPr>
                <w:rFonts w:asciiTheme="minorHAnsi" w:hAnsiTheme="minorHAnsi"/>
                <w:b/>
                <w:bCs/>
                <w:sz w:val="22"/>
                <w:highlight w:val="lightGray"/>
              </w:rPr>
            </w:pPr>
            <w:r w:rsidRPr="008E44F8">
              <w:rPr>
                <w:rFonts w:asciiTheme="minorHAnsi" w:hAnsiTheme="minorHAnsi"/>
                <w:b/>
                <w:bCs/>
                <w:sz w:val="22"/>
                <w:highlight w:val="lightGray"/>
              </w:rPr>
              <w:t>Year 4</w:t>
            </w:r>
          </w:p>
        </w:tc>
        <w:tc>
          <w:tcPr>
            <w:tcW w:w="1080" w:type="dxa"/>
            <w:shd w:val="clear" w:color="auto" w:fill="D9D9D9" w:themeFill="background1" w:themeFillShade="D9"/>
            <w:tcMar>
              <w:top w:w="35" w:type="dxa"/>
              <w:left w:w="35" w:type="dxa"/>
              <w:bottom w:w="35" w:type="dxa"/>
              <w:right w:w="35" w:type="dxa"/>
            </w:tcMar>
            <w:vAlign w:val="center"/>
          </w:tcPr>
          <w:p w14:paraId="028F892B" w14:textId="77777777" w:rsidR="00E571F3" w:rsidRPr="008E44F8" w:rsidRDefault="00E571F3" w:rsidP="00423602">
            <w:pPr>
              <w:rPr>
                <w:rFonts w:asciiTheme="minorHAnsi" w:hAnsiTheme="minorHAnsi"/>
                <w:b/>
                <w:bCs/>
                <w:sz w:val="22"/>
                <w:highlight w:val="lightGray"/>
              </w:rPr>
            </w:pPr>
            <w:r w:rsidRPr="008E44F8">
              <w:rPr>
                <w:rFonts w:asciiTheme="minorHAnsi" w:hAnsiTheme="minorHAnsi"/>
                <w:b/>
                <w:bCs/>
                <w:sz w:val="22"/>
                <w:highlight w:val="lightGray"/>
              </w:rPr>
              <w:t>Year 5</w:t>
            </w:r>
          </w:p>
        </w:tc>
        <w:tc>
          <w:tcPr>
            <w:tcW w:w="1728" w:type="dxa"/>
            <w:shd w:val="clear" w:color="auto" w:fill="D9D9D9" w:themeFill="background1" w:themeFillShade="D9"/>
            <w:tcMar>
              <w:top w:w="35" w:type="dxa"/>
              <w:left w:w="35" w:type="dxa"/>
              <w:bottom w:w="35" w:type="dxa"/>
              <w:right w:w="35" w:type="dxa"/>
            </w:tcMar>
            <w:vAlign w:val="center"/>
          </w:tcPr>
          <w:p w14:paraId="578DE3F4" w14:textId="77777777" w:rsidR="00E571F3" w:rsidRPr="008E44F8" w:rsidRDefault="00E571F3" w:rsidP="00423602">
            <w:pPr>
              <w:rPr>
                <w:rFonts w:asciiTheme="minorHAnsi" w:hAnsiTheme="minorHAnsi"/>
                <w:b/>
                <w:bCs/>
                <w:sz w:val="22"/>
                <w:highlight w:val="lightGray"/>
              </w:rPr>
            </w:pPr>
            <w:r w:rsidRPr="008E44F8">
              <w:rPr>
                <w:rFonts w:asciiTheme="minorHAnsi" w:hAnsiTheme="minorHAnsi"/>
                <w:b/>
                <w:bCs/>
                <w:sz w:val="22"/>
                <w:highlight w:val="lightGray"/>
              </w:rPr>
              <w:t>Category Total</w:t>
            </w:r>
          </w:p>
        </w:tc>
      </w:tr>
      <w:tr w:rsidR="003B42B7" w14:paraId="2F67D28D" w14:textId="77777777" w:rsidTr="00423602">
        <w:trPr>
          <w:cantSplit/>
          <w:jc w:val="center"/>
        </w:trPr>
        <w:tc>
          <w:tcPr>
            <w:tcW w:w="6120" w:type="dxa"/>
            <w:tcMar>
              <w:top w:w="35" w:type="dxa"/>
              <w:left w:w="35" w:type="dxa"/>
              <w:bottom w:w="35" w:type="dxa"/>
              <w:right w:w="35" w:type="dxa"/>
            </w:tcMar>
            <w:vAlign w:val="center"/>
          </w:tcPr>
          <w:p w14:paraId="2D2EFB79" w14:textId="77777777" w:rsidR="003B42B7" w:rsidRPr="00021C8A" w:rsidRDefault="003B42B7" w:rsidP="003B42B7">
            <w:pPr>
              <w:rPr>
                <w:rFonts w:asciiTheme="minorHAnsi" w:hAnsiTheme="minorHAnsi"/>
                <w:sz w:val="22"/>
              </w:rPr>
            </w:pPr>
            <w:r w:rsidRPr="00021C8A">
              <w:rPr>
                <w:rFonts w:asciiTheme="minorHAnsi" w:hAnsiTheme="minorHAnsi"/>
                <w:sz w:val="22"/>
              </w:rPr>
              <w:t>Total Direct Charges</w:t>
            </w:r>
          </w:p>
        </w:tc>
        <w:tc>
          <w:tcPr>
            <w:tcW w:w="1152" w:type="dxa"/>
            <w:tcMar>
              <w:top w:w="35" w:type="dxa"/>
              <w:left w:w="35" w:type="dxa"/>
              <w:bottom w:w="35" w:type="dxa"/>
              <w:right w:w="35" w:type="dxa"/>
            </w:tcMar>
            <w:vAlign w:val="center"/>
          </w:tcPr>
          <w:p w14:paraId="7E721DE8" w14:textId="77777777" w:rsidR="003B42B7" w:rsidRPr="00021C8A" w:rsidRDefault="003B42B7" w:rsidP="003B42B7">
            <w:pPr>
              <w:rPr>
                <w:rFonts w:asciiTheme="minorHAnsi" w:hAnsiTheme="minorHAnsi"/>
                <w:sz w:val="22"/>
              </w:rPr>
            </w:pPr>
          </w:p>
        </w:tc>
        <w:tc>
          <w:tcPr>
            <w:tcW w:w="1080" w:type="dxa"/>
            <w:tcMar>
              <w:top w:w="35" w:type="dxa"/>
              <w:left w:w="35" w:type="dxa"/>
              <w:bottom w:w="35" w:type="dxa"/>
              <w:right w:w="35" w:type="dxa"/>
            </w:tcMar>
            <w:vAlign w:val="center"/>
          </w:tcPr>
          <w:p w14:paraId="7AF23C06" w14:textId="3ADD9724" w:rsidR="003B42B7" w:rsidRPr="00021C8A" w:rsidRDefault="003B42B7" w:rsidP="003B42B7">
            <w:pPr>
              <w:rPr>
                <w:rFonts w:asciiTheme="minorHAnsi" w:hAnsiTheme="minorHAnsi"/>
                <w:sz w:val="22"/>
              </w:rPr>
            </w:pPr>
            <w:r w:rsidRPr="00021C8A">
              <w:rPr>
                <w:rFonts w:asciiTheme="minorHAnsi" w:hAnsiTheme="minorHAnsi"/>
                <w:sz w:val="22"/>
              </w:rPr>
              <w:t>[$]</w:t>
            </w:r>
          </w:p>
        </w:tc>
        <w:tc>
          <w:tcPr>
            <w:tcW w:w="1080" w:type="dxa"/>
            <w:tcMar>
              <w:top w:w="35" w:type="dxa"/>
              <w:left w:w="35" w:type="dxa"/>
              <w:bottom w:w="35" w:type="dxa"/>
              <w:right w:w="35" w:type="dxa"/>
            </w:tcMar>
            <w:vAlign w:val="center"/>
          </w:tcPr>
          <w:p w14:paraId="39F59E01" w14:textId="61FC095B" w:rsidR="003B42B7" w:rsidRPr="00021C8A" w:rsidRDefault="003B42B7" w:rsidP="003B42B7">
            <w:pPr>
              <w:rPr>
                <w:rFonts w:asciiTheme="minorHAnsi" w:hAnsiTheme="minorHAnsi"/>
                <w:sz w:val="22"/>
              </w:rPr>
            </w:pPr>
            <w:r w:rsidRPr="00021C8A">
              <w:rPr>
                <w:rFonts w:asciiTheme="minorHAnsi" w:hAnsiTheme="minorHAnsi"/>
                <w:sz w:val="22"/>
              </w:rPr>
              <w:t>[$]</w:t>
            </w:r>
          </w:p>
        </w:tc>
        <w:tc>
          <w:tcPr>
            <w:tcW w:w="1080" w:type="dxa"/>
            <w:tcMar>
              <w:top w:w="35" w:type="dxa"/>
              <w:left w:w="35" w:type="dxa"/>
              <w:bottom w:w="35" w:type="dxa"/>
              <w:right w:w="35" w:type="dxa"/>
            </w:tcMar>
            <w:vAlign w:val="center"/>
          </w:tcPr>
          <w:p w14:paraId="1EBB4E87" w14:textId="1CFFDAA0" w:rsidR="003B42B7" w:rsidRPr="00021C8A" w:rsidRDefault="003B42B7" w:rsidP="003B42B7">
            <w:pPr>
              <w:rPr>
                <w:rFonts w:asciiTheme="minorHAnsi" w:hAnsiTheme="minorHAnsi"/>
                <w:sz w:val="22"/>
              </w:rPr>
            </w:pPr>
            <w:r w:rsidRPr="00021C8A">
              <w:rPr>
                <w:rFonts w:asciiTheme="minorHAnsi" w:hAnsiTheme="minorHAnsi"/>
                <w:sz w:val="22"/>
              </w:rPr>
              <w:t>[$]</w:t>
            </w:r>
          </w:p>
        </w:tc>
        <w:tc>
          <w:tcPr>
            <w:tcW w:w="1080" w:type="dxa"/>
            <w:tcMar>
              <w:top w:w="35" w:type="dxa"/>
              <w:left w:w="35" w:type="dxa"/>
              <w:bottom w:w="35" w:type="dxa"/>
              <w:right w:w="35" w:type="dxa"/>
            </w:tcMar>
            <w:vAlign w:val="center"/>
          </w:tcPr>
          <w:p w14:paraId="12C0536F" w14:textId="1E72FB8D" w:rsidR="003B42B7" w:rsidRPr="00021C8A" w:rsidRDefault="003B42B7" w:rsidP="003B42B7">
            <w:pPr>
              <w:rPr>
                <w:rFonts w:asciiTheme="minorHAnsi" w:hAnsiTheme="minorHAnsi"/>
                <w:sz w:val="22"/>
              </w:rPr>
            </w:pPr>
            <w:r w:rsidRPr="00021C8A">
              <w:rPr>
                <w:rFonts w:asciiTheme="minorHAnsi" w:hAnsiTheme="minorHAnsi"/>
                <w:sz w:val="22"/>
              </w:rPr>
              <w:t>[$]</w:t>
            </w:r>
          </w:p>
        </w:tc>
        <w:tc>
          <w:tcPr>
            <w:tcW w:w="1080" w:type="dxa"/>
            <w:tcMar>
              <w:top w:w="35" w:type="dxa"/>
              <w:left w:w="35" w:type="dxa"/>
              <w:bottom w:w="35" w:type="dxa"/>
              <w:right w:w="35" w:type="dxa"/>
            </w:tcMar>
            <w:vAlign w:val="center"/>
          </w:tcPr>
          <w:p w14:paraId="774D7A40" w14:textId="3C291861" w:rsidR="003B42B7" w:rsidRPr="00021C8A" w:rsidRDefault="003B42B7" w:rsidP="003B42B7">
            <w:pPr>
              <w:rPr>
                <w:rFonts w:asciiTheme="minorHAnsi" w:hAnsiTheme="minorHAnsi"/>
                <w:sz w:val="22"/>
              </w:rPr>
            </w:pPr>
            <w:r w:rsidRPr="00021C8A">
              <w:rPr>
                <w:rFonts w:asciiTheme="minorHAnsi" w:hAnsiTheme="minorHAnsi"/>
                <w:sz w:val="22"/>
              </w:rPr>
              <w:t>[$]</w:t>
            </w:r>
          </w:p>
        </w:tc>
        <w:tc>
          <w:tcPr>
            <w:tcW w:w="1728" w:type="dxa"/>
            <w:tcMar>
              <w:top w:w="35" w:type="dxa"/>
              <w:left w:w="35" w:type="dxa"/>
              <w:bottom w:w="35" w:type="dxa"/>
              <w:right w:w="35" w:type="dxa"/>
            </w:tcMar>
            <w:vAlign w:val="center"/>
          </w:tcPr>
          <w:p w14:paraId="7257DA8A" w14:textId="0F991802" w:rsidR="003B42B7" w:rsidRPr="00021C8A" w:rsidRDefault="003B42B7" w:rsidP="003B42B7">
            <w:pPr>
              <w:rPr>
                <w:rFonts w:asciiTheme="minorHAnsi" w:hAnsiTheme="minorHAnsi"/>
                <w:sz w:val="22"/>
              </w:rPr>
            </w:pPr>
            <w:r w:rsidRPr="00021C8A">
              <w:rPr>
                <w:rFonts w:asciiTheme="minorHAnsi" w:hAnsiTheme="minorHAnsi"/>
                <w:sz w:val="22"/>
              </w:rPr>
              <w:t>[$]</w:t>
            </w:r>
          </w:p>
        </w:tc>
      </w:tr>
      <w:tr w:rsidR="003B42B7" w14:paraId="5D9DDCFD" w14:textId="77777777" w:rsidTr="00423602">
        <w:trPr>
          <w:cantSplit/>
          <w:jc w:val="center"/>
        </w:trPr>
        <w:tc>
          <w:tcPr>
            <w:tcW w:w="6120" w:type="dxa"/>
            <w:tcMar>
              <w:top w:w="35" w:type="dxa"/>
              <w:left w:w="35" w:type="dxa"/>
              <w:bottom w:w="35" w:type="dxa"/>
              <w:right w:w="35" w:type="dxa"/>
            </w:tcMar>
            <w:vAlign w:val="center"/>
          </w:tcPr>
          <w:p w14:paraId="3D052CC9" w14:textId="15090CD3" w:rsidR="003B42B7" w:rsidRPr="00021C8A" w:rsidRDefault="003B42B7" w:rsidP="003B42B7">
            <w:pPr>
              <w:rPr>
                <w:rFonts w:asciiTheme="minorHAnsi" w:hAnsiTheme="minorHAnsi"/>
                <w:sz w:val="22"/>
              </w:rPr>
            </w:pPr>
            <w:r>
              <w:rPr>
                <w:rFonts w:asciiTheme="minorHAnsi" w:hAnsiTheme="minorHAnsi"/>
                <w:sz w:val="22"/>
              </w:rPr>
              <w:t xml:space="preserve">Total Indirect Charges - </w:t>
            </w:r>
            <w:r w:rsidRPr="00021C8A">
              <w:rPr>
                <w:rFonts w:asciiTheme="minorHAnsi" w:hAnsiTheme="minorHAnsi"/>
                <w:sz w:val="22"/>
              </w:rPr>
              <w:t xml:space="preserve">James Madison University's federally negotiated indirect cost rate is applied to the applicable Modified Total Direct Cost (MTDC) base in accordance with the institution's current negotiated rate agreement. The MTDC base generally includes direct salaries and wages, applicable fringe benefits, materials and supplies, services, travel, and the first $25,000 of each subaward. Consistent with federal regulations, the MTDC base excludes equipment, capital expenditures, charges for patient care, student tuition remission, rental costs of off-site facilities, scholarships, fellowships, and the portion of each subaward </w:t>
            </w:r>
            <w:proofErr w:type="gramStart"/>
            <w:r w:rsidRPr="00021C8A">
              <w:rPr>
                <w:rFonts w:asciiTheme="minorHAnsi" w:hAnsiTheme="minorHAnsi"/>
                <w:sz w:val="22"/>
              </w:rPr>
              <w:t>in excess of</w:t>
            </w:r>
            <w:proofErr w:type="gramEnd"/>
            <w:r w:rsidRPr="00021C8A">
              <w:rPr>
                <w:rFonts w:asciiTheme="minorHAnsi" w:hAnsiTheme="minorHAnsi"/>
                <w:sz w:val="22"/>
              </w:rPr>
              <w:t xml:space="preserve"> $25,000. A copy of the current negotiated rate agreement is available at the following URL: </w:t>
            </w:r>
            <w:hyperlink r:id="rId8" w:history="1">
              <w:r w:rsidRPr="00021C8A">
                <w:rPr>
                  <w:rStyle w:val="Hyperlink"/>
                  <w:rFonts w:asciiTheme="minorHAnsi" w:hAnsiTheme="minorHAnsi"/>
                  <w:sz w:val="22"/>
                </w:rPr>
                <w:t xml:space="preserve">https://www.jmu.edu/research/_assets/_files/jmu_final_rate_agreement.pdf  </w:t>
              </w:r>
            </w:hyperlink>
            <w:r>
              <w:rPr>
                <w:rFonts w:asciiTheme="minorHAnsi" w:hAnsiTheme="minorHAnsi"/>
                <w:sz w:val="22"/>
              </w:rPr>
              <w:t xml:space="preserve"> </w:t>
            </w:r>
          </w:p>
        </w:tc>
        <w:tc>
          <w:tcPr>
            <w:tcW w:w="1152" w:type="dxa"/>
            <w:tcMar>
              <w:top w:w="35" w:type="dxa"/>
              <w:left w:w="35" w:type="dxa"/>
              <w:bottom w:w="35" w:type="dxa"/>
              <w:right w:w="35" w:type="dxa"/>
            </w:tcMar>
            <w:vAlign w:val="center"/>
          </w:tcPr>
          <w:p w14:paraId="0A93F264" w14:textId="77777777" w:rsidR="003B42B7" w:rsidRPr="00021C8A" w:rsidRDefault="003B42B7" w:rsidP="003B42B7">
            <w:pPr>
              <w:spacing w:line="228" w:lineRule="auto"/>
              <w:rPr>
                <w:rFonts w:asciiTheme="minorHAnsi" w:hAnsiTheme="minorHAnsi"/>
                <w:sz w:val="22"/>
              </w:rPr>
            </w:pPr>
            <w:r w:rsidRPr="00021C8A">
              <w:rPr>
                <w:rFonts w:asciiTheme="minorHAnsi" w:hAnsiTheme="minorHAnsi"/>
                <w:sz w:val="22"/>
              </w:rPr>
              <w:t>[%]</w:t>
            </w:r>
          </w:p>
        </w:tc>
        <w:tc>
          <w:tcPr>
            <w:tcW w:w="1080" w:type="dxa"/>
            <w:tcMar>
              <w:top w:w="35" w:type="dxa"/>
              <w:left w:w="35" w:type="dxa"/>
              <w:bottom w:w="35" w:type="dxa"/>
              <w:right w:w="35" w:type="dxa"/>
            </w:tcMar>
            <w:vAlign w:val="center"/>
          </w:tcPr>
          <w:p w14:paraId="68C691DC" w14:textId="77777777" w:rsidR="003B42B7" w:rsidRPr="00021C8A" w:rsidRDefault="003B42B7" w:rsidP="003B42B7">
            <w:pPr>
              <w:spacing w:line="228" w:lineRule="auto"/>
              <w:rPr>
                <w:rFonts w:asciiTheme="minorHAnsi" w:hAnsiTheme="minorHAnsi"/>
                <w:sz w:val="22"/>
              </w:rPr>
            </w:pPr>
            <w:r w:rsidRPr="00021C8A">
              <w:rPr>
                <w:rFonts w:asciiTheme="minorHAnsi" w:hAnsiTheme="minorHAnsi"/>
                <w:sz w:val="22"/>
              </w:rPr>
              <w:t>[$]</w:t>
            </w:r>
          </w:p>
        </w:tc>
        <w:tc>
          <w:tcPr>
            <w:tcW w:w="1080" w:type="dxa"/>
            <w:tcMar>
              <w:top w:w="35" w:type="dxa"/>
              <w:left w:w="35" w:type="dxa"/>
              <w:bottom w:w="35" w:type="dxa"/>
              <w:right w:w="35" w:type="dxa"/>
            </w:tcMar>
            <w:vAlign w:val="center"/>
          </w:tcPr>
          <w:p w14:paraId="24D69338" w14:textId="77777777" w:rsidR="003B42B7" w:rsidRPr="00021C8A" w:rsidRDefault="003B42B7" w:rsidP="003B42B7">
            <w:pPr>
              <w:spacing w:line="228" w:lineRule="auto"/>
              <w:rPr>
                <w:rFonts w:asciiTheme="minorHAnsi" w:hAnsiTheme="minorHAnsi"/>
                <w:sz w:val="22"/>
              </w:rPr>
            </w:pPr>
            <w:r w:rsidRPr="00021C8A">
              <w:rPr>
                <w:rFonts w:asciiTheme="minorHAnsi" w:hAnsiTheme="minorHAnsi"/>
                <w:sz w:val="22"/>
              </w:rPr>
              <w:t>[$]</w:t>
            </w:r>
          </w:p>
        </w:tc>
        <w:tc>
          <w:tcPr>
            <w:tcW w:w="1080" w:type="dxa"/>
            <w:tcMar>
              <w:top w:w="35" w:type="dxa"/>
              <w:left w:w="35" w:type="dxa"/>
              <w:bottom w:w="35" w:type="dxa"/>
              <w:right w:w="35" w:type="dxa"/>
            </w:tcMar>
            <w:vAlign w:val="center"/>
          </w:tcPr>
          <w:p w14:paraId="56DA8D34" w14:textId="77777777" w:rsidR="003B42B7" w:rsidRPr="00021C8A" w:rsidRDefault="003B42B7" w:rsidP="003B42B7">
            <w:pPr>
              <w:spacing w:line="228" w:lineRule="auto"/>
              <w:rPr>
                <w:rFonts w:asciiTheme="minorHAnsi" w:hAnsiTheme="minorHAnsi"/>
                <w:sz w:val="22"/>
              </w:rPr>
            </w:pPr>
            <w:r w:rsidRPr="00021C8A">
              <w:rPr>
                <w:rFonts w:asciiTheme="minorHAnsi" w:hAnsiTheme="minorHAnsi"/>
                <w:sz w:val="22"/>
              </w:rPr>
              <w:t>[$]</w:t>
            </w:r>
          </w:p>
        </w:tc>
        <w:tc>
          <w:tcPr>
            <w:tcW w:w="1080" w:type="dxa"/>
            <w:tcMar>
              <w:top w:w="35" w:type="dxa"/>
              <w:left w:w="35" w:type="dxa"/>
              <w:bottom w:w="35" w:type="dxa"/>
              <w:right w:w="35" w:type="dxa"/>
            </w:tcMar>
            <w:vAlign w:val="center"/>
          </w:tcPr>
          <w:p w14:paraId="1967F722" w14:textId="77777777" w:rsidR="003B42B7" w:rsidRPr="00021C8A" w:rsidRDefault="003B42B7" w:rsidP="003B42B7">
            <w:pPr>
              <w:spacing w:line="228" w:lineRule="auto"/>
              <w:rPr>
                <w:rFonts w:asciiTheme="minorHAnsi" w:hAnsiTheme="minorHAnsi"/>
                <w:sz w:val="22"/>
              </w:rPr>
            </w:pPr>
            <w:r w:rsidRPr="00021C8A">
              <w:rPr>
                <w:rFonts w:asciiTheme="minorHAnsi" w:hAnsiTheme="minorHAnsi"/>
                <w:sz w:val="22"/>
              </w:rPr>
              <w:t>[$]</w:t>
            </w:r>
          </w:p>
        </w:tc>
        <w:tc>
          <w:tcPr>
            <w:tcW w:w="1080" w:type="dxa"/>
            <w:tcMar>
              <w:top w:w="35" w:type="dxa"/>
              <w:left w:w="35" w:type="dxa"/>
              <w:bottom w:w="35" w:type="dxa"/>
              <w:right w:w="35" w:type="dxa"/>
            </w:tcMar>
            <w:vAlign w:val="center"/>
          </w:tcPr>
          <w:p w14:paraId="448094C4" w14:textId="77777777" w:rsidR="003B42B7" w:rsidRPr="00021C8A" w:rsidRDefault="003B42B7" w:rsidP="003B42B7">
            <w:pPr>
              <w:spacing w:line="228" w:lineRule="auto"/>
              <w:rPr>
                <w:rFonts w:asciiTheme="minorHAnsi" w:hAnsiTheme="minorHAnsi"/>
                <w:sz w:val="22"/>
              </w:rPr>
            </w:pPr>
            <w:r w:rsidRPr="00021C8A">
              <w:rPr>
                <w:rFonts w:asciiTheme="minorHAnsi" w:hAnsiTheme="minorHAnsi"/>
                <w:sz w:val="22"/>
              </w:rPr>
              <w:t>[$]</w:t>
            </w:r>
          </w:p>
        </w:tc>
        <w:tc>
          <w:tcPr>
            <w:tcW w:w="1728" w:type="dxa"/>
            <w:tcMar>
              <w:top w:w="35" w:type="dxa"/>
              <w:left w:w="35" w:type="dxa"/>
              <w:bottom w:w="35" w:type="dxa"/>
              <w:right w:w="35" w:type="dxa"/>
            </w:tcMar>
            <w:vAlign w:val="center"/>
          </w:tcPr>
          <w:p w14:paraId="13D7ECA3" w14:textId="77777777" w:rsidR="003B42B7" w:rsidRPr="00021C8A" w:rsidRDefault="003B42B7" w:rsidP="003B42B7">
            <w:pPr>
              <w:spacing w:line="228" w:lineRule="auto"/>
              <w:rPr>
                <w:rFonts w:asciiTheme="minorHAnsi" w:hAnsiTheme="minorHAnsi"/>
                <w:sz w:val="22"/>
              </w:rPr>
            </w:pPr>
            <w:r w:rsidRPr="00021C8A">
              <w:rPr>
                <w:rFonts w:asciiTheme="minorHAnsi" w:hAnsiTheme="minorHAnsi"/>
                <w:sz w:val="22"/>
              </w:rPr>
              <w:t>[$]</w:t>
            </w:r>
          </w:p>
        </w:tc>
      </w:tr>
      <w:tr w:rsidR="003B42B7" w14:paraId="1052DAFF" w14:textId="77777777" w:rsidTr="00423602">
        <w:trPr>
          <w:cantSplit/>
          <w:jc w:val="center"/>
        </w:trPr>
        <w:tc>
          <w:tcPr>
            <w:tcW w:w="6120" w:type="dxa"/>
            <w:shd w:val="clear" w:color="auto" w:fill="E7E6E6"/>
            <w:tcMar>
              <w:top w:w="35" w:type="dxa"/>
              <w:left w:w="35" w:type="dxa"/>
              <w:bottom w:w="35" w:type="dxa"/>
              <w:right w:w="35" w:type="dxa"/>
            </w:tcMar>
            <w:vAlign w:val="center"/>
          </w:tcPr>
          <w:p w14:paraId="47C43675" w14:textId="77777777" w:rsidR="003B42B7" w:rsidRPr="00021C8A" w:rsidRDefault="003B42B7" w:rsidP="003B42B7">
            <w:pPr>
              <w:spacing w:line="228" w:lineRule="auto"/>
              <w:rPr>
                <w:rFonts w:asciiTheme="minorHAnsi" w:hAnsiTheme="minorHAnsi"/>
                <w:b/>
                <w:sz w:val="22"/>
                <w:szCs w:val="32"/>
              </w:rPr>
            </w:pPr>
            <w:r w:rsidRPr="00021C8A">
              <w:rPr>
                <w:rFonts w:asciiTheme="minorHAnsi" w:hAnsiTheme="minorHAnsi"/>
                <w:b/>
                <w:sz w:val="22"/>
                <w:szCs w:val="32"/>
              </w:rPr>
              <w:t>TOTAL</w:t>
            </w:r>
            <w:r>
              <w:rPr>
                <w:rFonts w:asciiTheme="minorHAnsi" w:hAnsiTheme="minorHAnsi"/>
                <w:b/>
                <w:sz w:val="22"/>
                <w:szCs w:val="32"/>
              </w:rPr>
              <w:t xml:space="preserve"> REQUEST AMOUNT (DIRECT +</w:t>
            </w:r>
            <w:r w:rsidRPr="00021C8A">
              <w:rPr>
                <w:rFonts w:asciiTheme="minorHAnsi" w:hAnsiTheme="minorHAnsi"/>
                <w:b/>
                <w:sz w:val="22"/>
                <w:szCs w:val="32"/>
              </w:rPr>
              <w:t xml:space="preserve"> INDIRECT</w:t>
            </w:r>
            <w:r>
              <w:rPr>
                <w:rFonts w:asciiTheme="minorHAnsi" w:hAnsiTheme="minorHAnsi"/>
                <w:b/>
                <w:sz w:val="22"/>
                <w:szCs w:val="32"/>
              </w:rPr>
              <w:t>)</w:t>
            </w:r>
          </w:p>
        </w:tc>
        <w:tc>
          <w:tcPr>
            <w:tcW w:w="1152" w:type="dxa"/>
            <w:shd w:val="clear" w:color="auto" w:fill="E7E6E6"/>
            <w:tcMar>
              <w:top w:w="35" w:type="dxa"/>
              <w:left w:w="35" w:type="dxa"/>
              <w:bottom w:w="35" w:type="dxa"/>
              <w:right w:w="35" w:type="dxa"/>
            </w:tcMar>
            <w:vAlign w:val="center"/>
          </w:tcPr>
          <w:p w14:paraId="4D6A1134" w14:textId="77777777" w:rsidR="003B42B7" w:rsidRPr="00021C8A" w:rsidRDefault="003B42B7" w:rsidP="003B42B7">
            <w:pPr>
              <w:spacing w:line="228" w:lineRule="auto"/>
              <w:rPr>
                <w:rFonts w:asciiTheme="minorHAnsi" w:hAnsiTheme="minorHAnsi"/>
                <w:b/>
                <w:sz w:val="22"/>
                <w:szCs w:val="32"/>
              </w:rPr>
            </w:pPr>
          </w:p>
        </w:tc>
        <w:tc>
          <w:tcPr>
            <w:tcW w:w="1080" w:type="dxa"/>
            <w:shd w:val="clear" w:color="auto" w:fill="E7E6E6"/>
            <w:tcMar>
              <w:top w:w="35" w:type="dxa"/>
              <w:left w:w="35" w:type="dxa"/>
              <w:bottom w:w="35" w:type="dxa"/>
              <w:right w:w="35" w:type="dxa"/>
            </w:tcMar>
            <w:vAlign w:val="center"/>
          </w:tcPr>
          <w:p w14:paraId="7922C48A" w14:textId="77777777" w:rsidR="003B42B7" w:rsidRPr="00021C8A" w:rsidRDefault="003B42B7" w:rsidP="003B42B7">
            <w:pPr>
              <w:spacing w:line="228" w:lineRule="auto"/>
              <w:rPr>
                <w:rFonts w:asciiTheme="minorHAnsi" w:hAnsiTheme="minorHAnsi"/>
                <w:b/>
                <w:sz w:val="22"/>
                <w:szCs w:val="32"/>
              </w:rPr>
            </w:pPr>
            <w:r w:rsidRPr="00021C8A">
              <w:rPr>
                <w:rFonts w:asciiTheme="minorHAnsi" w:hAnsiTheme="minorHAnsi"/>
                <w:b/>
                <w:sz w:val="22"/>
                <w:szCs w:val="32"/>
              </w:rPr>
              <w:t>[$]</w:t>
            </w:r>
          </w:p>
        </w:tc>
        <w:tc>
          <w:tcPr>
            <w:tcW w:w="1080" w:type="dxa"/>
            <w:shd w:val="clear" w:color="auto" w:fill="E7E6E6"/>
            <w:tcMar>
              <w:top w:w="35" w:type="dxa"/>
              <w:left w:w="35" w:type="dxa"/>
              <w:bottom w:w="35" w:type="dxa"/>
              <w:right w:w="35" w:type="dxa"/>
            </w:tcMar>
            <w:vAlign w:val="center"/>
          </w:tcPr>
          <w:p w14:paraId="45DADB5E" w14:textId="77777777" w:rsidR="003B42B7" w:rsidRPr="00021C8A" w:rsidRDefault="003B42B7" w:rsidP="003B42B7">
            <w:pPr>
              <w:spacing w:line="228" w:lineRule="auto"/>
              <w:rPr>
                <w:rFonts w:asciiTheme="minorHAnsi" w:hAnsiTheme="minorHAnsi"/>
                <w:b/>
                <w:sz w:val="22"/>
                <w:szCs w:val="32"/>
              </w:rPr>
            </w:pPr>
            <w:r w:rsidRPr="00021C8A">
              <w:rPr>
                <w:rFonts w:asciiTheme="minorHAnsi" w:hAnsiTheme="minorHAnsi"/>
                <w:b/>
                <w:sz w:val="22"/>
                <w:szCs w:val="32"/>
              </w:rPr>
              <w:t>[$]</w:t>
            </w:r>
          </w:p>
        </w:tc>
        <w:tc>
          <w:tcPr>
            <w:tcW w:w="1080" w:type="dxa"/>
            <w:shd w:val="clear" w:color="auto" w:fill="E7E6E6"/>
            <w:tcMar>
              <w:top w:w="35" w:type="dxa"/>
              <w:left w:w="35" w:type="dxa"/>
              <w:bottom w:w="35" w:type="dxa"/>
              <w:right w:w="35" w:type="dxa"/>
            </w:tcMar>
            <w:vAlign w:val="center"/>
          </w:tcPr>
          <w:p w14:paraId="781E7B17" w14:textId="77777777" w:rsidR="003B42B7" w:rsidRPr="00021C8A" w:rsidRDefault="003B42B7" w:rsidP="003B42B7">
            <w:pPr>
              <w:spacing w:line="228" w:lineRule="auto"/>
              <w:rPr>
                <w:rFonts w:asciiTheme="minorHAnsi" w:hAnsiTheme="minorHAnsi"/>
                <w:b/>
                <w:sz w:val="22"/>
                <w:szCs w:val="32"/>
              </w:rPr>
            </w:pPr>
            <w:r w:rsidRPr="00021C8A">
              <w:rPr>
                <w:rFonts w:asciiTheme="minorHAnsi" w:hAnsiTheme="minorHAnsi"/>
                <w:b/>
                <w:sz w:val="22"/>
                <w:szCs w:val="32"/>
              </w:rPr>
              <w:t>[$]</w:t>
            </w:r>
          </w:p>
        </w:tc>
        <w:tc>
          <w:tcPr>
            <w:tcW w:w="1080" w:type="dxa"/>
            <w:shd w:val="clear" w:color="auto" w:fill="E7E6E6"/>
            <w:tcMar>
              <w:top w:w="35" w:type="dxa"/>
              <w:left w:w="35" w:type="dxa"/>
              <w:bottom w:w="35" w:type="dxa"/>
              <w:right w:w="35" w:type="dxa"/>
            </w:tcMar>
            <w:vAlign w:val="center"/>
          </w:tcPr>
          <w:p w14:paraId="4465084F" w14:textId="77777777" w:rsidR="003B42B7" w:rsidRPr="00021C8A" w:rsidRDefault="003B42B7" w:rsidP="003B42B7">
            <w:pPr>
              <w:spacing w:line="228" w:lineRule="auto"/>
              <w:rPr>
                <w:rFonts w:asciiTheme="minorHAnsi" w:hAnsiTheme="minorHAnsi"/>
                <w:b/>
                <w:sz w:val="22"/>
                <w:szCs w:val="32"/>
              </w:rPr>
            </w:pPr>
            <w:r w:rsidRPr="00021C8A">
              <w:rPr>
                <w:rFonts w:asciiTheme="minorHAnsi" w:hAnsiTheme="minorHAnsi"/>
                <w:b/>
                <w:sz w:val="22"/>
                <w:szCs w:val="32"/>
              </w:rPr>
              <w:t>[$]</w:t>
            </w:r>
          </w:p>
        </w:tc>
        <w:tc>
          <w:tcPr>
            <w:tcW w:w="1080" w:type="dxa"/>
            <w:shd w:val="clear" w:color="auto" w:fill="E7E6E6"/>
            <w:tcMar>
              <w:top w:w="35" w:type="dxa"/>
              <w:left w:w="35" w:type="dxa"/>
              <w:bottom w:w="35" w:type="dxa"/>
              <w:right w:w="35" w:type="dxa"/>
            </w:tcMar>
            <w:vAlign w:val="center"/>
          </w:tcPr>
          <w:p w14:paraId="72FC885A" w14:textId="77777777" w:rsidR="003B42B7" w:rsidRPr="00021C8A" w:rsidRDefault="003B42B7" w:rsidP="003B42B7">
            <w:pPr>
              <w:spacing w:line="228" w:lineRule="auto"/>
              <w:rPr>
                <w:rFonts w:asciiTheme="minorHAnsi" w:hAnsiTheme="minorHAnsi"/>
                <w:b/>
                <w:sz w:val="22"/>
                <w:szCs w:val="32"/>
              </w:rPr>
            </w:pPr>
            <w:r w:rsidRPr="00021C8A">
              <w:rPr>
                <w:rFonts w:asciiTheme="minorHAnsi" w:hAnsiTheme="minorHAnsi"/>
                <w:b/>
                <w:sz w:val="22"/>
                <w:szCs w:val="32"/>
              </w:rPr>
              <w:t>[$]</w:t>
            </w:r>
          </w:p>
        </w:tc>
        <w:tc>
          <w:tcPr>
            <w:tcW w:w="1728" w:type="dxa"/>
            <w:shd w:val="clear" w:color="auto" w:fill="E7E6E6"/>
            <w:tcMar>
              <w:top w:w="35" w:type="dxa"/>
              <w:left w:w="35" w:type="dxa"/>
              <w:bottom w:w="35" w:type="dxa"/>
              <w:right w:w="35" w:type="dxa"/>
            </w:tcMar>
            <w:vAlign w:val="center"/>
          </w:tcPr>
          <w:p w14:paraId="5D07D3BD" w14:textId="77777777" w:rsidR="003B42B7" w:rsidRPr="00021C8A" w:rsidRDefault="003B42B7" w:rsidP="003B42B7">
            <w:pPr>
              <w:spacing w:line="228" w:lineRule="auto"/>
              <w:rPr>
                <w:rFonts w:asciiTheme="minorHAnsi" w:hAnsiTheme="minorHAnsi"/>
                <w:b/>
                <w:sz w:val="22"/>
                <w:szCs w:val="32"/>
              </w:rPr>
            </w:pPr>
            <w:r w:rsidRPr="00021C8A">
              <w:rPr>
                <w:rFonts w:asciiTheme="minorHAnsi" w:hAnsiTheme="minorHAnsi"/>
                <w:b/>
                <w:sz w:val="22"/>
                <w:szCs w:val="32"/>
              </w:rPr>
              <w:t>[$]</w:t>
            </w:r>
          </w:p>
        </w:tc>
      </w:tr>
    </w:tbl>
    <w:p w14:paraId="20556859" w14:textId="77777777" w:rsidR="00E571F3" w:rsidRDefault="00E571F3" w:rsidP="00DF0D1B">
      <w:pPr>
        <w:spacing w:after="60"/>
      </w:pPr>
    </w:p>
    <w:sectPr w:rsidR="00E571F3" w:rsidSect="00B9728A">
      <w:headerReference w:type="even" r:id="rId9"/>
      <w:headerReference w:type="default" r:id="rId10"/>
      <w:footerReference w:type="even" r:id="rId11"/>
      <w:footerReference w:type="default" r:id="rId12"/>
      <w:headerReference w:type="first" r:id="rId13"/>
      <w:footerReference w:type="first" r:id="rId14"/>
      <w:pgSz w:w="15840" w:h="12240" w:orient="landscape"/>
      <w:pgMar w:top="432" w:right="720" w:bottom="432" w:left="720" w:header="1008"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F2385" w14:textId="77777777" w:rsidR="00F219E5" w:rsidRDefault="00F219E5" w:rsidP="00B9728A">
      <w:pPr>
        <w:spacing w:after="0" w:line="240" w:lineRule="auto"/>
      </w:pPr>
      <w:r>
        <w:separator/>
      </w:r>
    </w:p>
  </w:endnote>
  <w:endnote w:type="continuationSeparator" w:id="0">
    <w:p w14:paraId="7F4A0CF4" w14:textId="77777777" w:rsidR="00F219E5" w:rsidRDefault="00F219E5" w:rsidP="00B972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A27E5" w14:textId="77777777" w:rsidR="00B9728A" w:rsidRDefault="00B972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3DF16" w14:textId="77777777" w:rsidR="00B9728A" w:rsidRDefault="00B972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788E2" w14:textId="77777777" w:rsidR="00B9728A" w:rsidRDefault="00B972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6470F" w14:textId="77777777" w:rsidR="00F219E5" w:rsidRDefault="00F219E5" w:rsidP="00B9728A">
      <w:pPr>
        <w:spacing w:after="0" w:line="240" w:lineRule="auto"/>
      </w:pPr>
      <w:r>
        <w:separator/>
      </w:r>
    </w:p>
  </w:footnote>
  <w:footnote w:type="continuationSeparator" w:id="0">
    <w:p w14:paraId="4D68780B" w14:textId="77777777" w:rsidR="00F219E5" w:rsidRDefault="00F219E5" w:rsidP="00B972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8C430" w14:textId="77777777" w:rsidR="00B9728A" w:rsidRDefault="00B972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7736B" w14:textId="77777777" w:rsidR="00B9728A" w:rsidRDefault="00B972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69F3C" w14:textId="77777777" w:rsidR="00B9728A" w:rsidRDefault="00B972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2E965D9"/>
    <w:multiLevelType w:val="hybridMultilevel"/>
    <w:tmpl w:val="FBF8D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40683073">
    <w:abstractNumId w:val="8"/>
  </w:num>
  <w:num w:numId="2" w16cid:durableId="2003316974">
    <w:abstractNumId w:val="6"/>
  </w:num>
  <w:num w:numId="3" w16cid:durableId="2007585549">
    <w:abstractNumId w:val="5"/>
  </w:num>
  <w:num w:numId="4" w16cid:durableId="187647438">
    <w:abstractNumId w:val="4"/>
  </w:num>
  <w:num w:numId="5" w16cid:durableId="315259880">
    <w:abstractNumId w:val="7"/>
  </w:num>
  <w:num w:numId="6" w16cid:durableId="62534727">
    <w:abstractNumId w:val="3"/>
  </w:num>
  <w:num w:numId="7" w16cid:durableId="1650014650">
    <w:abstractNumId w:val="2"/>
  </w:num>
  <w:num w:numId="8" w16cid:durableId="1754736116">
    <w:abstractNumId w:val="1"/>
  </w:num>
  <w:num w:numId="9" w16cid:durableId="1262303073">
    <w:abstractNumId w:val="0"/>
  </w:num>
  <w:num w:numId="10" w16cid:durableId="14855811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0D7B"/>
    <w:rsid w:val="00021C8A"/>
    <w:rsid w:val="00034616"/>
    <w:rsid w:val="0006063C"/>
    <w:rsid w:val="000F0724"/>
    <w:rsid w:val="0015074B"/>
    <w:rsid w:val="001F2E9F"/>
    <w:rsid w:val="0029639D"/>
    <w:rsid w:val="002E0E65"/>
    <w:rsid w:val="00326F90"/>
    <w:rsid w:val="00381CF1"/>
    <w:rsid w:val="003B42B7"/>
    <w:rsid w:val="003C7F59"/>
    <w:rsid w:val="003D31BE"/>
    <w:rsid w:val="004B674A"/>
    <w:rsid w:val="004D3252"/>
    <w:rsid w:val="00585E80"/>
    <w:rsid w:val="005B26DE"/>
    <w:rsid w:val="005D213A"/>
    <w:rsid w:val="005D214A"/>
    <w:rsid w:val="00862576"/>
    <w:rsid w:val="0087136E"/>
    <w:rsid w:val="00876BEF"/>
    <w:rsid w:val="008E44F8"/>
    <w:rsid w:val="00A56CE7"/>
    <w:rsid w:val="00A759BA"/>
    <w:rsid w:val="00AA1D8D"/>
    <w:rsid w:val="00AC7EFD"/>
    <w:rsid w:val="00AE7EFF"/>
    <w:rsid w:val="00B47730"/>
    <w:rsid w:val="00B514ED"/>
    <w:rsid w:val="00B9728A"/>
    <w:rsid w:val="00CB0664"/>
    <w:rsid w:val="00DF0D1B"/>
    <w:rsid w:val="00E571F3"/>
    <w:rsid w:val="00EC3D71"/>
    <w:rsid w:val="00EC4B99"/>
    <w:rsid w:val="00F219E5"/>
    <w:rsid w:val="00F6370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70FE47"/>
  <w14:defaultImageDpi w14:val="300"/>
  <w15:docId w15:val="{3A7B5967-FCA1-4234-91F0-2AB61FD6E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1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021C8A"/>
    <w:rPr>
      <w:color w:val="0000FF" w:themeColor="hyperlink"/>
      <w:u w:val="single"/>
    </w:rPr>
  </w:style>
  <w:style w:type="character" w:styleId="UnresolvedMention">
    <w:name w:val="Unresolved Mention"/>
    <w:basedOn w:val="DefaultParagraphFont"/>
    <w:uiPriority w:val="99"/>
    <w:semiHidden/>
    <w:unhideWhenUsed/>
    <w:rsid w:val="00021C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mu.edu/research/_assets/_files/jmu_final_rate_agreement.pdf"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807</Words>
  <Characters>4606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5403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McCullough, Kincaid - cdgsr8</cp:lastModifiedBy>
  <cp:revision>2</cp:revision>
  <dcterms:created xsi:type="dcterms:W3CDTF">2026-10-27T17:53:00Z</dcterms:created>
  <dcterms:modified xsi:type="dcterms:W3CDTF">2026-10-27T17:53:00Z</dcterms:modified>
  <cp:category/>
</cp:coreProperties>
</file>